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pPr>
      <w:r>
        <w:rPr>
          <w:rFonts w:ascii="Calibri" w:hAnsi="Calibri"/>
          <w:b/>
          <w:color w:val="0F172A"/>
          <w:sz w:val="36"/>
        </w:rPr>
        <w:t>İŞ BAŞVURU FORMU</w:t>
      </w:r>
    </w:p>
    <w:p>
      <w:pPr>
        <w:spacing w:before="80" w:after="120"/>
        <w:ind w:left="576"/>
      </w:pPr>
      <w:r>
        <w:rPr>
          <w:rFonts w:ascii="Calibri" w:hAnsi="Calibri"/>
          <w:i/>
          <w:color w:val="64748B"/>
          <w:sz w:val="21"/>
        </w:rPr>
        <w:t>Önemli Bilgilendirme: 6698 sayılı Kişisel Verilerin Korunması Kanunu ("KVKK") uyarınca hazırlanan Aydınlatma Metni ve Açık Rıza Beyanı bu formun ayrılmaz bir parçasıdır.</w:t>
      </w:r>
    </w:p>
    <w:p>
      <w:pPr>
        <w:spacing w:before="200" w:after="80"/>
      </w:pPr>
      <w:r>
        <w:rPr>
          <w:rFonts w:ascii="Calibri" w:hAnsi="Calibri"/>
          <w:b/>
          <w:color w:val="1E3A8A"/>
          <w:sz w:val="28"/>
        </w:rPr>
        <w:t>1. BAŞVURULAN POZİSYON BİLGİLERİ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4536"/>
        <w:gridCol w:w="4536"/>
      </w:tblGrid>
      <w:tr>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Alan</w:t>
            </w:r>
          </w:p>
        </w:tc>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Bilgi</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Başvurulan Pozisyon</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[Örn: İnsan Kaynakları Uzmanı]</w:t>
            </w:r>
          </w:p>
        </w:tc>
      </w:tr>
      <w:tr>
        <w:tc>
          <w:tcPr>
            <w:tcW w:type="dxa" w:w="4536"/>
            <w:tcMar>
              <w:top w:w="120" w:type="dxa"/>
              <w:bottom w:w="120" w:type="dxa"/>
              <w:left w:w="150" w:type="dxa"/>
              <w:right w:w="150" w:type="dxa"/>
            </w:tcMar>
          </w:tcPr>
          <w:p>
            <w:pPr>
              <w:spacing w:after="40" w:line="252" w:lineRule="auto"/>
            </w:pPr>
            <w:r>
              <w:rPr>
                <w:rFonts w:ascii="Calibri" w:hAnsi="Calibri"/>
                <w:b/>
                <w:sz w:val="19"/>
              </w:rPr>
              <w:t>İlgili Departman</w:t>
            </w:r>
          </w:p>
        </w:tc>
        <w:tc>
          <w:tcPr>
            <w:tcW w:type="dxa" w:w="4536"/>
            <w:tcMar>
              <w:top w:w="120" w:type="dxa"/>
              <w:bottom w:w="120" w:type="dxa"/>
              <w:left w:w="150" w:type="dxa"/>
              <w:right w:w="150" w:type="dxa"/>
            </w:tcMar>
          </w:tcPr>
          <w:p>
            <w:pPr>
              <w:spacing w:after="40" w:line="252" w:lineRule="auto"/>
            </w:pPr>
            <w:r>
              <w:rPr>
                <w:rFonts w:ascii="Calibri" w:hAnsi="Calibri"/>
                <w:sz w:val="19"/>
              </w:rPr>
              <w:t>[Örn: İnsan Kaynakları ve Organizasyonel Gelişim]</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Talep Edilen Net / Brüt Ücret</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[Örn: 45.000 TL Net]</w:t>
            </w:r>
          </w:p>
        </w:tc>
      </w:tr>
      <w:tr>
        <w:tc>
          <w:tcPr>
            <w:tcW w:type="dxa" w:w="4536"/>
            <w:tcMar>
              <w:top w:w="120" w:type="dxa"/>
              <w:bottom w:w="120" w:type="dxa"/>
              <w:left w:w="150" w:type="dxa"/>
              <w:right w:w="150" w:type="dxa"/>
            </w:tcMar>
          </w:tcPr>
          <w:p>
            <w:pPr>
              <w:spacing w:after="40" w:line="252" w:lineRule="auto"/>
            </w:pPr>
            <w:r>
              <w:rPr>
                <w:rFonts w:ascii="Calibri" w:hAnsi="Calibri"/>
                <w:b/>
                <w:sz w:val="19"/>
              </w:rPr>
              <w:t>İşe Başlayabileceğiniz Tarih</w:t>
            </w:r>
          </w:p>
        </w:tc>
        <w:tc>
          <w:tcPr>
            <w:tcW w:type="dxa" w:w="4536"/>
            <w:tcMar>
              <w:top w:w="120" w:type="dxa"/>
              <w:bottom w:w="120" w:type="dxa"/>
              <w:left w:w="150" w:type="dxa"/>
              <w:right w:w="150" w:type="dxa"/>
            </w:tcMar>
          </w:tcPr>
          <w:p>
            <w:pPr>
              <w:spacing w:after="40" w:line="252" w:lineRule="auto"/>
            </w:pPr>
            <w:r>
              <w:rPr>
                <w:rFonts w:ascii="Calibri" w:hAnsi="Calibri"/>
                <w:sz w:val="19"/>
              </w:rPr>
              <w:t>[GG/AA/YYYY]</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Çalışma Şekli Tercihi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 ] Tam Zamanlı    [ ] Yarı Zamanlı    [ ] Hibrit / Uzaktan    [ ] Stajyer</w:t>
            </w:r>
          </w:p>
        </w:tc>
      </w:tr>
      <w:tr>
        <w:tc>
          <w:tcPr>
            <w:tcW w:type="dxa" w:w="4536"/>
            <w:tcMar>
              <w:top w:w="120" w:type="dxa"/>
              <w:bottom w:w="120" w:type="dxa"/>
              <w:left w:w="150" w:type="dxa"/>
              <w:right w:w="150" w:type="dxa"/>
            </w:tcMar>
          </w:tcPr>
          <w:p>
            <w:pPr>
              <w:spacing w:after="40" w:line="252" w:lineRule="auto"/>
            </w:pPr>
            <w:r>
              <w:rPr>
                <w:rFonts w:ascii="Calibri" w:hAnsi="Calibri"/>
                <w:b/>
                <w:sz w:val="19"/>
              </w:rPr>
              <w:t>Başvuru Kaynağı</w:t>
            </w:r>
          </w:p>
        </w:tc>
        <w:tc>
          <w:tcPr>
            <w:tcW w:type="dxa" w:w="4536"/>
            <w:tcMar>
              <w:top w:w="120" w:type="dxa"/>
              <w:bottom w:w="120" w:type="dxa"/>
              <w:left w:w="150" w:type="dxa"/>
              <w:right w:w="150" w:type="dxa"/>
            </w:tcMar>
          </w:tcPr>
          <w:p>
            <w:pPr>
              <w:spacing w:after="40" w:line="252" w:lineRule="auto"/>
            </w:pPr>
            <w:r>
              <w:rPr>
                <w:rFonts w:ascii="Calibri" w:hAnsi="Calibri"/>
                <w:sz w:val="19"/>
              </w:rPr>
              <w:t>[ ] LinkedIn    [ ] Kariyer Portalı    [ ] Şirket Web Sitesi    [ ] Çalışan Önerisi ([Öneren Kişi])</w:t>
            </w:r>
          </w:p>
        </w:tc>
      </w:tr>
    </w:tbl>
    <w:p>
      <w:pPr>
        <w:spacing w:after="120"/>
      </w:pPr>
    </w:p>
    <w:p>
      <w:pPr>
        <w:spacing w:before="200" w:after="80"/>
      </w:pPr>
      <w:r>
        <w:rPr>
          <w:rFonts w:ascii="Calibri" w:hAnsi="Calibri"/>
          <w:b/>
          <w:color w:val="1E3A8A"/>
          <w:sz w:val="28"/>
        </w:rPr>
        <w:t>2. KİŞİSEL BİLGİLER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Alan</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Bilgi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Alan</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Bilgi</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Adı Soyadı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[Ad Soyad]</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T.C. Kimlik No</w:t>
            </w:r>
            <w:r>
              <w:rPr>
                <w:rFonts w:ascii="Calibri" w:hAnsi="Calibri"/>
                <w:sz w:val="19"/>
              </w:rPr>
              <w:t xml:space="preserve"> </w:t>
            </w:r>
            <w:r>
              <w:rPr>
                <w:rFonts w:ascii="Calibri" w:hAnsi="Calibri"/>
                <w:i/>
                <w:sz w:val="19"/>
              </w:rPr>
              <w:t>(Opsiyonel)</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w:t>
            </w:r>
            <w:r>
              <w:rPr>
                <w:rFonts w:ascii="Calibri" w:hAnsi="Calibri"/>
                <w:b/>
                <w:sz w:val="19"/>
              </w:rPr>
              <w:t>_</w:t>
            </w:r>
            <w:r>
              <w:rPr>
                <w:rFonts w:ascii="Calibri" w:hAnsi="Calibri"/>
                <w:sz w:val="19"/>
              </w:rPr>
              <w:t>____]</w:t>
            </w:r>
          </w:p>
        </w:tc>
      </w:tr>
      <w:tr>
        <w:tc>
          <w:tcPr>
            <w:tcW w:type="dxa" w:w="2268"/>
            <w:tcMar>
              <w:top w:w="120" w:type="dxa"/>
              <w:bottom w:w="120" w:type="dxa"/>
              <w:left w:w="150" w:type="dxa"/>
              <w:right w:w="150" w:type="dxa"/>
            </w:tcMar>
          </w:tcPr>
          <w:p>
            <w:pPr>
              <w:spacing w:after="40" w:line="252" w:lineRule="auto"/>
            </w:pPr>
            <w:r>
              <w:rPr>
                <w:rFonts w:ascii="Calibri" w:hAnsi="Calibri"/>
                <w:b/>
                <w:sz w:val="19"/>
              </w:rPr>
              <w:t>Doğum Tarihi</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b/>
                <w:sz w:val="19"/>
              </w:rPr>
              <w:t>Doğum Yeri</w:t>
            </w:r>
          </w:p>
        </w:tc>
        <w:tc>
          <w:tcPr>
            <w:tcW w:type="dxa" w:w="2268"/>
            <w:tcMar>
              <w:top w:w="120" w:type="dxa"/>
              <w:bottom w:w="120" w:type="dxa"/>
              <w:left w:w="150" w:type="dxa"/>
              <w:right w:w="150" w:type="dxa"/>
            </w:tcMar>
          </w:tcPr>
          <w:p>
            <w:pPr>
              <w:spacing w:after="40" w:line="252" w:lineRule="auto"/>
            </w:pPr>
            <w:r>
              <w:rPr>
                <w:rFonts w:ascii="Calibri" w:hAnsi="Calibri"/>
                <w:sz w:val="19"/>
              </w:rPr>
              <w:t>[Şehir / Ülke]</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Cinsiyet</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 Kadın    [ ] Erkek    [ ] Belirtmek İstemiyorum</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Uyruk</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xml:space="preserve">[T.C. / Diğer: </w:t>
            </w:r>
            <w:r>
              <w:rPr>
                <w:rFonts w:ascii="Calibri" w:hAnsi="Calibri"/>
                <w:b/>
                <w:sz w:val="19"/>
              </w:rPr>
              <w:t>_</w:t>
            </w:r>
            <w:r>
              <w:rPr>
                <w:rFonts w:ascii="Calibri" w:hAnsi="Calibri"/>
                <w:sz w:val="19"/>
              </w:rPr>
              <w:t>]</w:t>
            </w:r>
          </w:p>
        </w:tc>
      </w:tr>
      <w:tr>
        <w:tc>
          <w:tcPr>
            <w:tcW w:type="dxa" w:w="2268"/>
            <w:tcMar>
              <w:top w:w="120" w:type="dxa"/>
              <w:bottom w:w="120" w:type="dxa"/>
              <w:left w:w="150" w:type="dxa"/>
              <w:right w:w="150" w:type="dxa"/>
            </w:tcMar>
          </w:tcPr>
          <w:p>
            <w:pPr>
              <w:spacing w:after="40" w:line="252" w:lineRule="auto"/>
            </w:pPr>
            <w:r>
              <w:rPr>
                <w:rFonts w:ascii="Calibri" w:hAnsi="Calibri"/>
                <w:b/>
                <w:sz w:val="19"/>
              </w:rPr>
              <w:t>Medeni Durum</w:t>
            </w:r>
          </w:p>
        </w:tc>
        <w:tc>
          <w:tcPr>
            <w:tcW w:type="dxa" w:w="2268"/>
            <w:tcMar>
              <w:top w:w="120" w:type="dxa"/>
              <w:bottom w:w="120" w:type="dxa"/>
              <w:left w:w="150" w:type="dxa"/>
              <w:right w:w="150" w:type="dxa"/>
            </w:tcMar>
          </w:tcPr>
          <w:p>
            <w:pPr>
              <w:spacing w:after="40" w:line="252" w:lineRule="auto"/>
            </w:pPr>
            <w:r>
              <w:rPr>
                <w:rFonts w:ascii="Calibri" w:hAnsi="Calibri"/>
                <w:sz w:val="19"/>
              </w:rPr>
              <w:t>[ ] Bekar    [ ] Evli</w:t>
            </w:r>
          </w:p>
        </w:tc>
        <w:tc>
          <w:tcPr>
            <w:tcW w:type="dxa" w:w="2268"/>
            <w:tcMar>
              <w:top w:w="120" w:type="dxa"/>
              <w:bottom w:w="120" w:type="dxa"/>
              <w:left w:w="150" w:type="dxa"/>
              <w:right w:w="150" w:type="dxa"/>
            </w:tcMar>
          </w:tcPr>
          <w:p>
            <w:pPr>
              <w:spacing w:after="40" w:line="252" w:lineRule="auto"/>
            </w:pPr>
            <w:r>
              <w:rPr>
                <w:rFonts w:ascii="Calibri" w:hAnsi="Calibri"/>
                <w:b/>
                <w:sz w:val="19"/>
              </w:rPr>
              <w:t>Çocuk Sayısı</w:t>
            </w:r>
          </w:p>
        </w:tc>
        <w:tc>
          <w:tcPr>
            <w:tcW w:type="dxa" w:w="2268"/>
            <w:tcMar>
              <w:top w:w="120" w:type="dxa"/>
              <w:bottom w:w="120" w:type="dxa"/>
              <w:left w:w="150" w:type="dxa"/>
              <w:right w:w="150" w:type="dxa"/>
            </w:tcMar>
          </w:tcPr>
          <w:p>
            <w:pPr>
              <w:spacing w:after="40" w:line="252" w:lineRule="auto"/>
            </w:pPr>
            <w:r>
              <w:rPr>
                <w:rFonts w:ascii="Calibri" w:hAnsi="Calibri"/>
                <w:sz w:val="19"/>
              </w:rPr>
              <w:t>[0 / 1 / 2 / ...]</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Sürücü Belgesi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 ] Yok    [ ] B    [ ] C    [ ] Diğer: [___]</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Belge Veriliş Yılı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[YYYY]</w:t>
            </w:r>
          </w:p>
        </w:tc>
      </w:tr>
      <w:tr>
        <w:tc>
          <w:tcPr>
            <w:tcW w:type="dxa" w:w="2268"/>
            <w:tcMar>
              <w:top w:w="120" w:type="dxa"/>
              <w:bottom w:w="120" w:type="dxa"/>
              <w:left w:w="150" w:type="dxa"/>
              <w:right w:w="150" w:type="dxa"/>
            </w:tcMar>
          </w:tcPr>
          <w:p>
            <w:pPr>
              <w:spacing w:after="40" w:line="252" w:lineRule="auto"/>
            </w:pPr>
            <w:r>
              <w:rPr>
                <w:rFonts w:ascii="Calibri" w:hAnsi="Calibri"/>
                <w:b/>
                <w:sz w:val="19"/>
              </w:rPr>
              <w:t>Askerlik Durumu</w:t>
            </w:r>
            <w:r>
              <w:rPr>
                <w:rFonts w:ascii="Calibri" w:hAnsi="Calibri"/>
                <w:sz w:val="19"/>
              </w:rPr>
              <w:t xml:space="preserve"> </w:t>
            </w:r>
            <w:r>
              <w:rPr>
                <w:rFonts w:ascii="Calibri" w:hAnsi="Calibri"/>
                <w:i/>
                <w:sz w:val="19"/>
              </w:rPr>
              <w:t>(Erkek adaylar için)</w:t>
            </w:r>
          </w:p>
        </w:tc>
        <w:tc>
          <w:tcPr>
            <w:tcW w:type="dxa" w:w="2268"/>
            <w:tcMar>
              <w:top w:w="120" w:type="dxa"/>
              <w:bottom w:w="120" w:type="dxa"/>
              <w:left w:w="150" w:type="dxa"/>
              <w:right w:w="150" w:type="dxa"/>
            </w:tcMar>
          </w:tcPr>
          <w:p>
            <w:pPr>
              <w:spacing w:after="40" w:line="252" w:lineRule="auto"/>
            </w:pPr>
            <w:r>
              <w:rPr>
                <w:rFonts w:ascii="Calibri" w:hAnsi="Calibri"/>
                <w:sz w:val="19"/>
              </w:rPr>
              <w:t>[ ] Yapıldı (Terhis: [YYYY])    [ ] Muaf    [ ] Tecilli (Tecil Bitiş: [GG/AA/YYYY])</w:t>
            </w:r>
          </w:p>
        </w:tc>
        <w:tc>
          <w:tcPr>
            <w:tcW w:type="dxa" w:w="2268"/>
            <w:tcMar>
              <w:top w:w="120" w:type="dxa"/>
              <w:bottom w:w="120" w:type="dxa"/>
              <w:left w:w="150" w:type="dxa"/>
              <w:right w:w="150" w:type="dxa"/>
            </w:tcMar>
          </w:tcPr>
          <w:p>
            <w:pPr>
              <w:spacing w:after="40" w:line="252" w:lineRule="auto"/>
            </w:pPr>
          </w:p>
        </w:tc>
        <w:tc>
          <w:tcPr>
            <w:tcW w:type="dxa" w:w="2268"/>
            <w:tcMar>
              <w:top w:w="120" w:type="dxa"/>
              <w:bottom w:w="120" w:type="dxa"/>
              <w:left w:w="150" w:type="dxa"/>
              <w:right w:w="150" w:type="dxa"/>
            </w:tcMar>
          </w:tcPr>
          <w:p>
            <w:pPr>
              <w:spacing w:after="40" w:line="252" w:lineRule="auto"/>
            </w:pPr>
          </w:p>
        </w:tc>
      </w:tr>
    </w:tbl>
    <w:p>
      <w:pPr>
        <w:spacing w:after="120"/>
      </w:pPr>
    </w:p>
    <w:p>
      <w:pPr>
        <w:spacing w:before="200" w:after="80"/>
      </w:pPr>
      <w:r>
        <w:rPr>
          <w:rFonts w:ascii="Calibri" w:hAnsi="Calibri"/>
          <w:b/>
          <w:color w:val="1E3A8A"/>
          <w:sz w:val="28"/>
        </w:rPr>
        <w:t>3. İLETİŞİM BİLGİLERİ</w:t>
      </w:r>
    </w:p>
    <w:p>
      <w:pPr>
        <w:pStyle w:val="ListBullet"/>
        <w:spacing w:after="40" w:line="276" w:lineRule="auto"/>
      </w:pPr>
      <w:r>
        <w:rPr>
          <w:rFonts w:ascii="Calibri" w:hAnsi="Calibri"/>
          <w:b/>
        </w:rPr>
        <w:t>İkametgah Adresi:</w:t>
      </w:r>
      <w:r>
        <w:rPr>
          <w:rFonts w:ascii="Calibri" w:hAnsi="Calibri"/>
        </w:rPr>
        <w:t xml:space="preserve"> [Mahalle, Cadde/Sokak, Bina No, Daire No, İlçe / İl]</w:t>
      </w:r>
    </w:p>
    <w:p>
      <w:pPr>
        <w:pStyle w:val="ListBullet"/>
        <w:spacing w:after="40" w:line="276" w:lineRule="auto"/>
      </w:pPr>
      <w:r>
        <w:rPr>
          <w:rFonts w:ascii="Calibri" w:hAnsi="Calibri"/>
          <w:b/>
        </w:rPr>
        <w:t>Cep Telefonu:</w:t>
      </w:r>
      <w:r>
        <w:rPr>
          <w:rFonts w:ascii="Calibri" w:hAnsi="Calibri"/>
        </w:rPr>
        <w:t xml:space="preserve"> [+90 (5XX) XXX XX XX]</w:t>
      </w:r>
    </w:p>
    <w:p>
      <w:pPr>
        <w:pStyle w:val="ListBullet"/>
        <w:spacing w:after="40" w:line="276" w:lineRule="auto"/>
      </w:pPr>
      <w:r>
        <w:rPr>
          <w:rFonts w:ascii="Calibri" w:hAnsi="Calibri"/>
          <w:b/>
        </w:rPr>
        <w:t>Alternatif Telefon:</w:t>
      </w:r>
      <w:r>
        <w:rPr>
          <w:rFonts w:ascii="Calibri" w:hAnsi="Calibri"/>
        </w:rPr>
        <w:t xml:space="preserve"> [+90 (___) ___ __ __]</w:t>
      </w:r>
    </w:p>
    <w:p>
      <w:pPr>
        <w:pStyle w:val="ListBullet"/>
        <w:spacing w:after="40" w:line="276" w:lineRule="auto"/>
      </w:pPr>
      <w:r>
        <w:rPr>
          <w:rFonts w:ascii="Calibri" w:hAnsi="Calibri"/>
          <w:b/>
        </w:rPr>
        <w:t>E-posta Adresi:</w:t>
      </w:r>
      <w:r>
        <w:rPr>
          <w:rFonts w:ascii="Calibri" w:hAnsi="Calibri"/>
        </w:rPr>
        <w:t xml:space="preserve"> [ornek@eposta.com]</w:t>
      </w:r>
    </w:p>
    <w:p>
      <w:pPr>
        <w:pStyle w:val="ListBullet"/>
        <w:spacing w:after="40" w:line="276" w:lineRule="auto"/>
      </w:pPr>
      <w:r>
        <w:rPr>
          <w:rFonts w:ascii="Calibri" w:hAnsi="Calibri"/>
          <w:b/>
        </w:rPr>
        <w:t>Acil Durumda Aranacak Kişi:</w:t>
      </w:r>
    </w:p>
    <w:p>
      <w:pPr>
        <w:pStyle w:val="ListBullet"/>
        <w:spacing w:after="40" w:line="276" w:lineRule="auto"/>
      </w:pPr>
      <w:r>
        <w:rPr>
          <w:rFonts w:ascii="Calibri" w:hAnsi="Calibri"/>
          <w:b/>
        </w:rPr>
        <w:t>Adı Soyadı:</w:t>
      </w:r>
      <w:r>
        <w:rPr>
          <w:rFonts w:ascii="Calibri" w:hAnsi="Calibri"/>
        </w:rPr>
        <w:t xml:space="preserve"> [Yakınının Adı Soyadı]</w:t>
      </w:r>
    </w:p>
    <w:p>
      <w:pPr>
        <w:pStyle w:val="ListBullet"/>
        <w:spacing w:after="40" w:line="276" w:lineRule="auto"/>
      </w:pPr>
      <w:r>
        <w:rPr>
          <w:rFonts w:ascii="Calibri" w:hAnsi="Calibri"/>
          <w:b/>
        </w:rPr>
        <w:t>Yakınlık Derecesi:</w:t>
      </w:r>
      <w:r>
        <w:rPr>
          <w:rFonts w:ascii="Calibri" w:hAnsi="Calibri"/>
        </w:rPr>
        <w:t xml:space="preserve"> [Örn: Eşi / Anne / Kardeş]</w:t>
      </w:r>
    </w:p>
    <w:p>
      <w:pPr>
        <w:pStyle w:val="ListBullet"/>
        <w:spacing w:after="40" w:line="276" w:lineRule="auto"/>
      </w:pPr>
      <w:r>
        <w:rPr>
          <w:rFonts w:ascii="Calibri" w:hAnsi="Calibri"/>
          <w:b/>
        </w:rPr>
        <w:t>İletişim Telefonu:</w:t>
      </w:r>
      <w:r>
        <w:rPr>
          <w:rFonts w:ascii="Calibri" w:hAnsi="Calibri"/>
        </w:rPr>
        <w:t xml:space="preserve"> [+90 (5XX) XXX XX XX]</w:t>
      </w:r>
    </w:p>
    <w:p>
      <w:pPr>
        <w:spacing w:before="200" w:after="80"/>
      </w:pPr>
      <w:r>
        <w:rPr>
          <w:rFonts w:ascii="Calibri" w:hAnsi="Calibri"/>
          <w:b/>
          <w:color w:val="1E3A8A"/>
          <w:sz w:val="28"/>
        </w:rPr>
        <w:t>4. EĞİTİM BİLGİLERİ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512"/>
        <w:gridCol w:w="1512"/>
        <w:gridCol w:w="1512"/>
        <w:gridCol w:w="1512"/>
        <w:gridCol w:w="1512"/>
        <w:gridCol w:w="1512"/>
      </w:tblGrid>
      <w:tr>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Öğrenim Derecesi</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Okul / Üniversite Adı</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Fakülte / Bölüm</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Başlangıç Yılı</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Mezuniyet Yılı</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Not Ortalaması / Derece</w:t>
            </w:r>
          </w:p>
        </w:tc>
      </w:tr>
      <w:tr>
        <w:tc>
          <w:tcPr>
            <w:tcW w:type="dxa" w:w="1512"/>
            <w:tcMar>
              <w:top w:w="120" w:type="dxa"/>
              <w:bottom w:w="120" w:type="dxa"/>
              <w:left w:w="150" w:type="dxa"/>
              <w:right w:w="150" w:type="dxa"/>
            </w:tcMar>
            <w:shd w:fill="F8FAFC"/>
          </w:tcPr>
          <w:p>
            <w:pPr>
              <w:spacing w:after="40" w:line="252" w:lineRule="auto"/>
            </w:pPr>
            <w:r>
              <w:rPr>
                <w:rFonts w:ascii="Calibri" w:hAnsi="Calibri"/>
                <w:b/>
                <w:sz w:val="19"/>
              </w:rPr>
              <w:t>Lisansüstü</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[Üniversite Adı]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[Bölüm / Program]</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[3.80 / 4.00]</w:t>
            </w:r>
          </w:p>
        </w:tc>
      </w:tr>
      <w:tr>
        <w:tc>
          <w:tcPr>
            <w:tcW w:type="dxa" w:w="1512"/>
            <w:tcMar>
              <w:top w:w="120" w:type="dxa"/>
              <w:bottom w:w="120" w:type="dxa"/>
              <w:left w:w="150" w:type="dxa"/>
              <w:right w:w="150" w:type="dxa"/>
            </w:tcMar>
          </w:tcPr>
          <w:p>
            <w:pPr>
              <w:spacing w:after="40" w:line="252" w:lineRule="auto"/>
            </w:pPr>
            <w:r>
              <w:rPr>
                <w:rFonts w:ascii="Calibri" w:hAnsi="Calibri"/>
                <w:b/>
                <w:sz w:val="19"/>
              </w:rPr>
              <w:t>Lisans</w:t>
            </w:r>
          </w:p>
        </w:tc>
        <w:tc>
          <w:tcPr>
            <w:tcW w:type="dxa" w:w="1512"/>
            <w:tcMar>
              <w:top w:w="120" w:type="dxa"/>
              <w:bottom w:w="120" w:type="dxa"/>
              <w:left w:w="150" w:type="dxa"/>
              <w:right w:w="150" w:type="dxa"/>
            </w:tcMar>
          </w:tcPr>
          <w:p>
            <w:pPr>
              <w:spacing w:after="40" w:line="252" w:lineRule="auto"/>
            </w:pPr>
            <w:r>
              <w:rPr>
                <w:rFonts w:ascii="Calibri" w:hAnsi="Calibri"/>
                <w:sz w:val="19"/>
              </w:rPr>
              <w:t>[Üniversite Adı]</w:t>
            </w:r>
          </w:p>
        </w:tc>
        <w:tc>
          <w:tcPr>
            <w:tcW w:type="dxa" w:w="1512"/>
            <w:tcMar>
              <w:top w:w="120" w:type="dxa"/>
              <w:bottom w:w="120" w:type="dxa"/>
              <w:left w:w="150" w:type="dxa"/>
              <w:right w:w="150" w:type="dxa"/>
            </w:tcMar>
          </w:tcPr>
          <w:p>
            <w:pPr>
              <w:spacing w:after="40" w:line="252" w:lineRule="auto"/>
            </w:pPr>
            <w:r>
              <w:rPr>
                <w:rFonts w:ascii="Calibri" w:hAnsi="Calibri"/>
                <w:sz w:val="19"/>
              </w:rPr>
              <w:t>[Bölüm]</w:t>
            </w:r>
          </w:p>
        </w:tc>
        <w:tc>
          <w:tcPr>
            <w:tcW w:type="dxa" w:w="1512"/>
            <w:tcMar>
              <w:top w:w="120" w:type="dxa"/>
              <w:bottom w:w="120" w:type="dxa"/>
              <w:left w:w="150" w:type="dxa"/>
              <w:right w:w="150" w:type="dxa"/>
            </w:tcMar>
          </w:tcPr>
          <w:p>
            <w:pPr>
              <w:spacing w:after="40" w:line="252" w:lineRule="auto"/>
            </w:pPr>
            <w:r>
              <w:rPr>
                <w:rFonts w:ascii="Calibri" w:hAnsi="Calibri"/>
                <w:sz w:val="19"/>
              </w:rPr>
              <w:t>[YYYY]</w:t>
            </w:r>
          </w:p>
        </w:tc>
        <w:tc>
          <w:tcPr>
            <w:tcW w:type="dxa" w:w="1512"/>
            <w:tcMar>
              <w:top w:w="120" w:type="dxa"/>
              <w:bottom w:w="120" w:type="dxa"/>
              <w:left w:w="150" w:type="dxa"/>
              <w:right w:w="150" w:type="dxa"/>
            </w:tcMar>
          </w:tcPr>
          <w:p>
            <w:pPr>
              <w:spacing w:after="40" w:line="252" w:lineRule="auto"/>
            </w:pPr>
            <w:r>
              <w:rPr>
                <w:rFonts w:ascii="Calibri" w:hAnsi="Calibri"/>
                <w:sz w:val="19"/>
              </w:rPr>
              <w:t>[YYYY]</w:t>
            </w:r>
          </w:p>
        </w:tc>
        <w:tc>
          <w:tcPr>
            <w:tcW w:type="dxa" w:w="1512"/>
            <w:tcMar>
              <w:top w:w="120" w:type="dxa"/>
              <w:bottom w:w="120" w:type="dxa"/>
              <w:left w:w="150" w:type="dxa"/>
              <w:right w:w="150" w:type="dxa"/>
            </w:tcMar>
          </w:tcPr>
          <w:p>
            <w:pPr>
              <w:spacing w:after="40" w:line="252" w:lineRule="auto"/>
            </w:pPr>
            <w:r>
              <w:rPr>
                <w:rFonts w:ascii="Calibri" w:hAnsi="Calibri"/>
                <w:sz w:val="19"/>
              </w:rPr>
              <w:t>[3.45 / 4.00]</w:t>
            </w:r>
          </w:p>
        </w:tc>
      </w:tr>
      <w:tr>
        <w:tc>
          <w:tcPr>
            <w:tcW w:type="dxa" w:w="1512"/>
            <w:tcMar>
              <w:top w:w="120" w:type="dxa"/>
              <w:bottom w:w="120" w:type="dxa"/>
              <w:left w:w="150" w:type="dxa"/>
              <w:right w:w="150" w:type="dxa"/>
            </w:tcMar>
            <w:shd w:fill="F8FAFC"/>
          </w:tcPr>
          <w:p>
            <w:pPr>
              <w:spacing w:after="40" w:line="252" w:lineRule="auto"/>
            </w:pPr>
            <w:r>
              <w:rPr>
                <w:rFonts w:ascii="Calibri" w:hAnsi="Calibri"/>
                <w:b/>
                <w:sz w:val="19"/>
              </w:rPr>
              <w:t>Ön Lisans</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[Üniversite Adı]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[Bölüm]</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[YYYY]</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[____]</w:t>
            </w:r>
          </w:p>
        </w:tc>
      </w:tr>
      <w:tr>
        <w:tc>
          <w:tcPr>
            <w:tcW w:type="dxa" w:w="1512"/>
            <w:tcMar>
              <w:top w:w="120" w:type="dxa"/>
              <w:bottom w:w="120" w:type="dxa"/>
              <w:left w:w="150" w:type="dxa"/>
              <w:right w:w="150" w:type="dxa"/>
            </w:tcMar>
          </w:tcPr>
          <w:p>
            <w:pPr>
              <w:spacing w:after="40" w:line="252" w:lineRule="auto"/>
            </w:pPr>
            <w:r>
              <w:rPr>
                <w:rFonts w:ascii="Calibri" w:hAnsi="Calibri"/>
                <w:b/>
                <w:sz w:val="19"/>
              </w:rPr>
              <w:t>Lise</w:t>
            </w:r>
          </w:p>
        </w:tc>
        <w:tc>
          <w:tcPr>
            <w:tcW w:type="dxa" w:w="1512"/>
            <w:tcMar>
              <w:top w:w="120" w:type="dxa"/>
              <w:bottom w:w="120" w:type="dxa"/>
              <w:left w:w="150" w:type="dxa"/>
              <w:right w:w="150" w:type="dxa"/>
            </w:tcMar>
          </w:tcPr>
          <w:p>
            <w:pPr>
              <w:spacing w:after="40" w:line="252" w:lineRule="auto"/>
            </w:pPr>
            <w:r>
              <w:rPr>
                <w:rFonts w:ascii="Calibri" w:hAnsi="Calibri"/>
                <w:sz w:val="19"/>
              </w:rPr>
              <w:t>[Lise Adı]</w:t>
            </w:r>
          </w:p>
        </w:tc>
        <w:tc>
          <w:tcPr>
            <w:tcW w:type="dxa" w:w="1512"/>
            <w:tcMar>
              <w:top w:w="120" w:type="dxa"/>
              <w:bottom w:w="120" w:type="dxa"/>
              <w:left w:w="150" w:type="dxa"/>
              <w:right w:w="150" w:type="dxa"/>
            </w:tcMar>
          </w:tcPr>
          <w:p>
            <w:pPr>
              <w:spacing w:after="40" w:line="252" w:lineRule="auto"/>
            </w:pPr>
            <w:r>
              <w:rPr>
                <w:rFonts w:ascii="Calibri" w:hAnsi="Calibri"/>
                <w:sz w:val="19"/>
              </w:rPr>
              <w:t>[Bölüm / Alan]</w:t>
            </w:r>
          </w:p>
        </w:tc>
        <w:tc>
          <w:tcPr>
            <w:tcW w:type="dxa" w:w="1512"/>
            <w:tcMar>
              <w:top w:w="120" w:type="dxa"/>
              <w:bottom w:w="120" w:type="dxa"/>
              <w:left w:w="150" w:type="dxa"/>
              <w:right w:w="150" w:type="dxa"/>
            </w:tcMar>
          </w:tcPr>
          <w:p>
            <w:pPr>
              <w:spacing w:after="40" w:line="252" w:lineRule="auto"/>
            </w:pPr>
            <w:r>
              <w:rPr>
                <w:rFonts w:ascii="Calibri" w:hAnsi="Calibri"/>
                <w:sz w:val="19"/>
              </w:rPr>
              <w:t>[YYYY]</w:t>
            </w:r>
          </w:p>
        </w:tc>
        <w:tc>
          <w:tcPr>
            <w:tcW w:type="dxa" w:w="1512"/>
            <w:tcMar>
              <w:top w:w="120" w:type="dxa"/>
              <w:bottom w:w="120" w:type="dxa"/>
              <w:left w:w="150" w:type="dxa"/>
              <w:right w:w="150" w:type="dxa"/>
            </w:tcMar>
          </w:tcPr>
          <w:p>
            <w:pPr>
              <w:spacing w:after="40" w:line="252" w:lineRule="auto"/>
            </w:pPr>
            <w:r>
              <w:rPr>
                <w:rFonts w:ascii="Calibri" w:hAnsi="Calibri"/>
                <w:sz w:val="19"/>
              </w:rPr>
              <w:t>[YYYY]</w:t>
            </w:r>
          </w:p>
        </w:tc>
        <w:tc>
          <w:tcPr>
            <w:tcW w:type="dxa" w:w="1512"/>
            <w:tcMar>
              <w:top w:w="120" w:type="dxa"/>
              <w:bottom w:w="120" w:type="dxa"/>
              <w:left w:w="150" w:type="dxa"/>
              <w:right w:w="150" w:type="dxa"/>
            </w:tcMar>
          </w:tcPr>
          <w:p>
            <w:pPr>
              <w:spacing w:after="40" w:line="252" w:lineRule="auto"/>
            </w:pPr>
            <w:r>
              <w:rPr>
                <w:rFonts w:ascii="Calibri" w:hAnsi="Calibri"/>
                <w:sz w:val="19"/>
              </w:rPr>
              <w:t>[____]</w:t>
            </w:r>
          </w:p>
        </w:tc>
      </w:tr>
    </w:tbl>
    <w:p>
      <w:pPr>
        <w:spacing w:after="120"/>
      </w:pPr>
    </w:p>
    <w:p>
      <w:pPr>
        <w:spacing w:before="200" w:after="80"/>
      </w:pPr>
      <w:r>
        <w:rPr>
          <w:rFonts w:ascii="Calibri" w:hAnsi="Calibri"/>
          <w:b/>
          <w:color w:val="1E3A8A"/>
          <w:sz w:val="28"/>
        </w:rPr>
        <w:t>5. İŞ DENEYİMİ (En son iş yerinden başlayarak doldurunuz)</w:t>
      </w:r>
    </w:p>
    <w:p>
      <w:pPr>
        <w:spacing w:before="160" w:after="60"/>
      </w:pPr>
      <w:r>
        <w:rPr>
          <w:rFonts w:ascii="Calibri" w:hAnsi="Calibri"/>
          <w:b/>
          <w:color w:val="475569"/>
          <w:sz w:val="24"/>
        </w:rPr>
        <w:t>Deneyim 1 (Son Çalışılan Kurum)</w:t>
      </w:r>
    </w:p>
    <w:p>
      <w:pPr>
        <w:pStyle w:val="ListBullet"/>
        <w:spacing w:after="40" w:line="276" w:lineRule="auto"/>
      </w:pPr>
      <w:r>
        <w:rPr>
          <w:rFonts w:ascii="Calibri" w:hAnsi="Calibri"/>
          <w:b/>
        </w:rPr>
        <w:t>Şirket / Kurum Adı:</w:t>
      </w:r>
      <w:r>
        <w:rPr>
          <w:rFonts w:ascii="Calibri" w:hAnsi="Calibri"/>
        </w:rPr>
        <w:t xml:space="preserve"> [Şirket Ünvanı A.Ş.]</w:t>
      </w:r>
    </w:p>
    <w:p>
      <w:pPr>
        <w:pStyle w:val="ListBullet"/>
        <w:spacing w:after="40" w:line="276" w:lineRule="auto"/>
      </w:pPr>
      <w:r>
        <w:rPr>
          <w:rFonts w:ascii="Calibri" w:hAnsi="Calibri"/>
          <w:b/>
        </w:rPr>
        <w:t>Sektör:</w:t>
      </w:r>
      <w:r>
        <w:rPr>
          <w:rFonts w:ascii="Calibri" w:hAnsi="Calibri"/>
        </w:rPr>
        <w:t xml:space="preserve"> [Örn: Bilişim / Perakende / Üretim]</w:t>
      </w:r>
    </w:p>
    <w:p>
      <w:pPr>
        <w:pStyle w:val="ListBullet"/>
        <w:spacing w:after="40" w:line="276" w:lineRule="auto"/>
      </w:pPr>
      <w:r>
        <w:rPr>
          <w:rFonts w:ascii="Calibri" w:hAnsi="Calibri"/>
          <w:b/>
        </w:rPr>
        <w:t>Göreviniz / Unvanınız:</w:t>
      </w:r>
      <w:r>
        <w:rPr>
          <w:rFonts w:ascii="Calibri" w:hAnsi="Calibri"/>
        </w:rPr>
        <w:t xml:space="preserve"> [Kıdemli Bordro Uzmanı]</w:t>
      </w:r>
    </w:p>
    <w:p>
      <w:pPr>
        <w:pStyle w:val="ListBullet"/>
        <w:spacing w:after="40" w:line="276" w:lineRule="auto"/>
      </w:pPr>
      <w:r>
        <w:rPr>
          <w:rFonts w:ascii="Calibri" w:hAnsi="Calibri"/>
          <w:b/>
        </w:rPr>
        <w:t>Çalışma Dönemi:</w:t>
      </w:r>
      <w:r>
        <w:rPr>
          <w:rFonts w:ascii="Calibri" w:hAnsi="Calibri"/>
        </w:rPr>
        <w:t xml:space="preserve"> [AA/YYYY] – [AA/YYYY] </w:t>
      </w:r>
      <w:r>
        <w:rPr>
          <w:rFonts w:ascii="Calibri" w:hAnsi="Calibri"/>
          <w:i/>
        </w:rPr>
        <w:t>(veya Halen Devam Ediyor)</w:t>
      </w:r>
    </w:p>
    <w:p>
      <w:pPr>
        <w:pStyle w:val="ListBullet"/>
        <w:spacing w:after="40" w:line="276" w:lineRule="auto"/>
      </w:pPr>
      <w:r>
        <w:rPr>
          <w:rFonts w:ascii="Calibri" w:hAnsi="Calibri"/>
          <w:b/>
        </w:rPr>
        <w:t>Ayrılış Nedeni:</w:t>
      </w:r>
      <w:r>
        <w:rPr>
          <w:rFonts w:ascii="Calibri" w:hAnsi="Calibri"/>
        </w:rPr>
        <w:t xml:space="preserve"> [Kariyer Gelişimi / Sözleşme Sonu / vb.]</w:t>
      </w:r>
    </w:p>
    <w:p>
      <w:pPr>
        <w:pStyle w:val="ListBullet"/>
        <w:spacing w:after="40" w:line="276" w:lineRule="auto"/>
      </w:pPr>
      <w:r>
        <w:rPr>
          <w:rFonts w:ascii="Calibri" w:hAnsi="Calibri"/>
          <w:b/>
        </w:rPr>
        <w:t>Son Alınan Ücret:</w:t>
      </w:r>
      <w:r>
        <w:rPr>
          <w:rFonts w:ascii="Calibri" w:hAnsi="Calibri"/>
        </w:rPr>
        <w:t xml:space="preserve"> [Tutar TL]</w:t>
      </w:r>
    </w:p>
    <w:p>
      <w:pPr>
        <w:pStyle w:val="ListBullet"/>
        <w:spacing w:after="40" w:line="276" w:lineRule="auto"/>
      </w:pPr>
      <w:r>
        <w:rPr>
          <w:rFonts w:ascii="Calibri" w:hAnsi="Calibri"/>
          <w:b/>
        </w:rPr>
        <w:t>Başlıca Görev ve Sorumluluklar:</w:t>
      </w:r>
    </w:p>
    <w:p>
      <w:pPr>
        <w:pStyle w:val="ListBullet"/>
        <w:spacing w:after="40" w:line="276" w:lineRule="auto"/>
      </w:pPr>
      <w:r>
        <w:rPr>
          <w:rFonts w:ascii="Calibri" w:hAnsi="Calibri"/>
        </w:rPr>
        <w:t>[Bordro tahakkuk ve SGK bildirgelerinin mevzuata uygun yürütülmesi]</w:t>
      </w:r>
    </w:p>
    <w:p>
      <w:pPr>
        <w:pStyle w:val="ListBullet"/>
        <w:spacing w:after="40" w:line="276" w:lineRule="auto"/>
      </w:pPr>
      <w:r>
        <w:rPr>
          <w:rFonts w:ascii="Calibri" w:hAnsi="Calibri"/>
        </w:rPr>
        <w:t>[Özlük dosyaları ve yıllık izin süreçlerinin takibi]</w:t>
      </w:r>
    </w:p>
    <w:p>
      <w:pPr>
        <w:pStyle w:val="ListBullet"/>
        <w:spacing w:after="40" w:line="276" w:lineRule="auto"/>
      </w:pPr>
      <w:r>
        <w:rPr>
          <w:rFonts w:ascii="Calibri" w:hAnsi="Calibri"/>
        </w:rPr>
        <w:t>[Bakanlık ve SGK denetim süreçlerinin yönetimi]</w:t>
      </w:r>
    </w:p>
    <w:p>
      <w:pPr>
        <w:spacing w:before="160" w:after="60"/>
      </w:pPr>
      <w:r>
        <w:rPr>
          <w:rFonts w:ascii="Calibri" w:hAnsi="Calibri"/>
          <w:b/>
          <w:color w:val="475569"/>
          <w:sz w:val="24"/>
        </w:rPr>
        <w:t>Deneyim 2</w:t>
      </w:r>
    </w:p>
    <w:p>
      <w:pPr>
        <w:pStyle w:val="ListBullet"/>
        <w:spacing w:after="40" w:line="276" w:lineRule="auto"/>
      </w:pPr>
      <w:r>
        <w:rPr>
          <w:rFonts w:ascii="Calibri" w:hAnsi="Calibri"/>
          <w:b/>
        </w:rPr>
        <w:t>Şirket / Kurum Adı:</w:t>
      </w:r>
      <w:r>
        <w:rPr>
          <w:rFonts w:ascii="Calibri" w:hAnsi="Calibri"/>
        </w:rPr>
        <w:t xml:space="preserve"> [Önceki Şirket Ltd. Şti.]</w:t>
      </w:r>
    </w:p>
    <w:p>
      <w:pPr>
        <w:pStyle w:val="ListBullet"/>
        <w:spacing w:after="40" w:line="276" w:lineRule="auto"/>
      </w:pPr>
      <w:r>
        <w:rPr>
          <w:rFonts w:ascii="Calibri" w:hAnsi="Calibri"/>
          <w:b/>
        </w:rPr>
        <w:t>Sektör:</w:t>
      </w:r>
      <w:r>
        <w:rPr>
          <w:rFonts w:ascii="Calibri" w:hAnsi="Calibri"/>
        </w:rPr>
        <w:t xml:space="preserve"> [Örn: Otomotiv]</w:t>
      </w:r>
    </w:p>
    <w:p>
      <w:pPr>
        <w:pStyle w:val="ListBullet"/>
        <w:spacing w:after="40" w:line="276" w:lineRule="auto"/>
      </w:pPr>
      <w:r>
        <w:rPr>
          <w:rFonts w:ascii="Calibri" w:hAnsi="Calibri"/>
          <w:b/>
        </w:rPr>
        <w:t>Göreviniz / Unvanınız:</w:t>
      </w:r>
      <w:r>
        <w:rPr>
          <w:rFonts w:ascii="Calibri" w:hAnsi="Calibri"/>
        </w:rPr>
        <w:t xml:space="preserve"> [İnsan Kaynakları Uzman Yardımcısı]</w:t>
      </w:r>
    </w:p>
    <w:p>
      <w:pPr>
        <w:pStyle w:val="ListBullet"/>
        <w:spacing w:after="40" w:line="276" w:lineRule="auto"/>
      </w:pPr>
      <w:r>
        <w:rPr>
          <w:rFonts w:ascii="Calibri" w:hAnsi="Calibri"/>
          <w:b/>
        </w:rPr>
        <w:t>Çalışma Dönemi:</w:t>
      </w:r>
      <w:r>
        <w:rPr>
          <w:rFonts w:ascii="Calibri" w:hAnsi="Calibri"/>
        </w:rPr>
        <w:t xml:space="preserve"> [AA/YYYY] – [AA/YYYY]</w:t>
      </w:r>
    </w:p>
    <w:p>
      <w:pPr>
        <w:pStyle w:val="ListBullet"/>
        <w:spacing w:after="40" w:line="276" w:lineRule="auto"/>
      </w:pPr>
      <w:r>
        <w:rPr>
          <w:rFonts w:ascii="Calibri" w:hAnsi="Calibri"/>
          <w:b/>
        </w:rPr>
        <w:t>Ayrılış Nedeni:</w:t>
      </w:r>
      <w:r>
        <w:rPr>
          <w:rFonts w:ascii="Calibri" w:hAnsi="Calibri"/>
        </w:rPr>
        <w:t xml:space="preserve"> [Askerlik / Şehir Değişikliği / İstifa]</w:t>
      </w:r>
    </w:p>
    <w:p>
      <w:pPr>
        <w:pStyle w:val="ListBullet"/>
        <w:spacing w:after="40" w:line="276" w:lineRule="auto"/>
      </w:pPr>
      <w:r>
        <w:rPr>
          <w:rFonts w:ascii="Calibri" w:hAnsi="Calibri"/>
          <w:b/>
        </w:rPr>
        <w:t>Başlıca Sorumluluklar:</w:t>
      </w:r>
      <w:r>
        <w:rPr>
          <w:rFonts w:ascii="Calibri" w:hAnsi="Calibri"/>
        </w:rPr>
        <w:t xml:space="preserve"> [İşe alım mülakatları, puantaj kontrolü, oryantasyon]</w:t>
      </w:r>
    </w:p>
    <w:p>
      <w:pPr>
        <w:spacing w:before="200" w:after="80"/>
      </w:pPr>
      <w:r>
        <w:rPr>
          <w:rFonts w:ascii="Calibri" w:hAnsi="Calibri"/>
          <w:b/>
          <w:color w:val="1E3A8A"/>
          <w:sz w:val="28"/>
        </w:rPr>
        <w:t>6. YETKİNLİKLER, YABANCI DİL VE BİLGİSAYAR BİLGİSİ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Yabancı Dil</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Okuma</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Yazma</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Konuşma</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Belge / Skor (Varsa)</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İngilizce</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 Başlangıç   [ ] Orta   [x] İleri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 Başlangıç   [ ] Orta   [x] İleri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 Başlangıç   [x] Orta   [ ] İleri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[TOEFL: 95 / YDS: 88]</w:t>
            </w:r>
          </w:p>
        </w:tc>
      </w:tr>
      <w:tr>
        <w:tc>
          <w:tcPr>
            <w:tcW w:type="dxa" w:w="1814"/>
            <w:tcMar>
              <w:top w:w="120" w:type="dxa"/>
              <w:bottom w:w="120" w:type="dxa"/>
              <w:left w:w="150" w:type="dxa"/>
              <w:right w:w="150" w:type="dxa"/>
            </w:tcMar>
          </w:tcPr>
          <w:p>
            <w:pPr>
              <w:spacing w:after="40" w:line="252" w:lineRule="auto"/>
            </w:pPr>
            <w:r>
              <w:rPr>
                <w:rFonts w:ascii="Calibri" w:hAnsi="Calibri"/>
                <w:b/>
                <w:sz w:val="19"/>
              </w:rPr>
              <w:t>[Diğer Dil]</w:t>
            </w:r>
          </w:p>
        </w:tc>
        <w:tc>
          <w:tcPr>
            <w:tcW w:type="dxa" w:w="1814"/>
            <w:tcMar>
              <w:top w:w="120" w:type="dxa"/>
              <w:bottom w:w="120" w:type="dxa"/>
              <w:left w:w="150" w:type="dxa"/>
              <w:right w:w="150" w:type="dxa"/>
            </w:tcMar>
          </w:tcPr>
          <w:p>
            <w:pPr>
              <w:spacing w:after="40" w:line="252" w:lineRule="auto"/>
            </w:pPr>
            <w:r>
              <w:rPr>
                <w:rFonts w:ascii="Calibri" w:hAnsi="Calibri"/>
                <w:sz w:val="19"/>
              </w:rPr>
              <w:t>[ ] Başlangıç   [ ] Orta   [ ] İleri</w:t>
            </w:r>
          </w:p>
        </w:tc>
        <w:tc>
          <w:tcPr>
            <w:tcW w:type="dxa" w:w="1814"/>
            <w:tcMar>
              <w:top w:w="120" w:type="dxa"/>
              <w:bottom w:w="120" w:type="dxa"/>
              <w:left w:w="150" w:type="dxa"/>
              <w:right w:w="150" w:type="dxa"/>
            </w:tcMar>
          </w:tcPr>
          <w:p>
            <w:pPr>
              <w:spacing w:after="40" w:line="252" w:lineRule="auto"/>
            </w:pPr>
            <w:r>
              <w:rPr>
                <w:rFonts w:ascii="Calibri" w:hAnsi="Calibri"/>
                <w:sz w:val="19"/>
              </w:rPr>
              <w:t>[ ] Başlangıç   [ ] Orta   [ ] İleri</w:t>
            </w:r>
          </w:p>
        </w:tc>
        <w:tc>
          <w:tcPr>
            <w:tcW w:type="dxa" w:w="1814"/>
            <w:tcMar>
              <w:top w:w="120" w:type="dxa"/>
              <w:bottom w:w="120" w:type="dxa"/>
              <w:left w:w="150" w:type="dxa"/>
              <w:right w:w="150" w:type="dxa"/>
            </w:tcMar>
          </w:tcPr>
          <w:p>
            <w:pPr>
              <w:spacing w:after="40" w:line="252" w:lineRule="auto"/>
            </w:pPr>
            <w:r>
              <w:rPr>
                <w:rFonts w:ascii="Calibri" w:hAnsi="Calibri"/>
                <w:sz w:val="19"/>
              </w:rPr>
              <w:t>[ ] Başlangıç   [ ] Orta   [ ] İleri</w:t>
            </w:r>
          </w:p>
        </w:tc>
        <w:tc>
          <w:tcPr>
            <w:tcW w:type="dxa" w:w="1814"/>
            <w:tcMar>
              <w:top w:w="120" w:type="dxa"/>
              <w:bottom w:w="120" w:type="dxa"/>
              <w:left w:w="150" w:type="dxa"/>
              <w:right w:w="150" w:type="dxa"/>
            </w:tcMar>
          </w:tcPr>
          <w:p>
            <w:pPr>
              <w:spacing w:after="40" w:line="252" w:lineRule="auto"/>
            </w:pPr>
            <w:r>
              <w:rPr>
                <w:rFonts w:ascii="Calibri" w:hAnsi="Calibri"/>
                <w:sz w:val="19"/>
              </w:rPr>
              <w:t>[____]</w:t>
            </w:r>
          </w:p>
        </w:tc>
      </w:tr>
    </w:tbl>
    <w:p>
      <w:pPr>
        <w:spacing w:after="120"/>
      </w:pPr>
    </w:p>
    <w:p>
      <w:pPr>
        <w:spacing w:before="160" w:after="60"/>
      </w:pPr>
      <w:r>
        <w:rPr>
          <w:rFonts w:ascii="Calibri" w:hAnsi="Calibri"/>
          <w:b/>
          <w:color w:val="475569"/>
          <w:sz w:val="24"/>
        </w:rPr>
        <w:t>Bilgisayar / Yazılım Becerileri</w:t>
      </w:r>
    </w:p>
    <w:p>
      <w:pPr>
        <w:pStyle w:val="ListBullet"/>
        <w:spacing w:after="40" w:line="276" w:lineRule="auto"/>
      </w:pPr>
      <w:r>
        <w:rPr>
          <w:rFonts w:ascii="Calibri" w:hAnsi="Calibri"/>
          <w:b/>
        </w:rPr>
        <w:t>ERP / İK Programları:</w:t>
      </w:r>
      <w:r>
        <w:rPr>
          <w:rFonts w:ascii="Calibri" w:hAnsi="Calibri"/>
        </w:rPr>
        <w:t xml:space="preserve"> [Örn: SAP HR, Logo Tiger, Mikro, Workday]</w:t>
      </w:r>
    </w:p>
    <w:p>
      <w:pPr>
        <w:pStyle w:val="ListBullet"/>
        <w:spacing w:after="40" w:line="276" w:lineRule="auto"/>
      </w:pPr>
      <w:r>
        <w:rPr>
          <w:rFonts w:ascii="Calibri" w:hAnsi="Calibri"/>
          <w:b/>
        </w:rPr>
        <w:t>Ofis Programları:</w:t>
      </w:r>
      <w:r>
        <w:rPr>
          <w:rFonts w:ascii="Calibri" w:hAnsi="Calibri"/>
        </w:rPr>
        <w:t xml:space="preserve"> [İleri Düzey MS Excel (VLOOKUP, Pivot, Makro), MS Word, PowerPoint]</w:t>
      </w:r>
    </w:p>
    <w:p>
      <w:pPr>
        <w:pStyle w:val="ListBullet"/>
        <w:spacing w:after="40" w:line="276" w:lineRule="auto"/>
      </w:pPr>
      <w:r>
        <w:rPr>
          <w:rFonts w:ascii="Calibri" w:hAnsi="Calibri"/>
          <w:b/>
        </w:rPr>
        <w:t>Sertifikalar / Eğitimler:</w:t>
      </w:r>
      <w:r>
        <w:rPr>
          <w:rFonts w:ascii="Calibri" w:hAnsi="Calibri"/>
        </w:rPr>
        <w:t xml:space="preserve"> [Örn: İş Hukuku Uzmanlığı (2025), Çevik İK Sertifikası (2024)]</w:t>
      </w:r>
    </w:p>
    <w:p>
      <w:pPr>
        <w:spacing w:before="200" w:after="80"/>
      </w:pPr>
      <w:r>
        <w:rPr>
          <w:rFonts w:ascii="Calibri" w:hAnsi="Calibri"/>
          <w:b/>
          <w:color w:val="1E3A8A"/>
          <w:sz w:val="28"/>
        </w:rPr>
        <w:t>7. REFERANSLAR (Akraba olmayan, profesyonel iş referansları)</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Adı Soyadı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Çalıştığı Kurum</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Pozisyonu / Unvanı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Telefon Numarası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E-posta Adresi</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[1. Referans Ad Soyad]</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[Şirket Adı]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[İnsan Kaynakları Direktörü]</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[+90 (5XX) XXX XX XX]</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[referans1@kurum.com]</w:t>
            </w:r>
          </w:p>
        </w:tc>
      </w:tr>
      <w:tr>
        <w:tc>
          <w:tcPr>
            <w:tcW w:type="dxa" w:w="1814"/>
            <w:tcMar>
              <w:top w:w="120" w:type="dxa"/>
              <w:bottom w:w="120" w:type="dxa"/>
              <w:left w:w="150" w:type="dxa"/>
              <w:right w:w="150" w:type="dxa"/>
            </w:tcMar>
          </w:tcPr>
          <w:p>
            <w:pPr>
              <w:spacing w:after="40" w:line="252" w:lineRule="auto"/>
            </w:pPr>
            <w:r>
              <w:rPr>
                <w:rFonts w:ascii="Calibri" w:hAnsi="Calibri"/>
                <w:sz w:val="19"/>
              </w:rPr>
              <w:t>[2. Referans Ad Soyad]</w:t>
            </w:r>
          </w:p>
        </w:tc>
        <w:tc>
          <w:tcPr>
            <w:tcW w:type="dxa" w:w="1814"/>
            <w:tcMar>
              <w:top w:w="120" w:type="dxa"/>
              <w:bottom w:w="120" w:type="dxa"/>
              <w:left w:w="150" w:type="dxa"/>
              <w:right w:w="150" w:type="dxa"/>
            </w:tcMar>
          </w:tcPr>
          <w:p>
            <w:pPr>
              <w:spacing w:after="40" w:line="252" w:lineRule="auto"/>
            </w:pPr>
            <w:r>
              <w:rPr>
                <w:rFonts w:ascii="Calibri" w:hAnsi="Calibri"/>
                <w:sz w:val="19"/>
              </w:rPr>
              <w:t>[Şirket Adı]</w:t>
            </w:r>
          </w:p>
        </w:tc>
        <w:tc>
          <w:tcPr>
            <w:tcW w:type="dxa" w:w="1814"/>
            <w:tcMar>
              <w:top w:w="120" w:type="dxa"/>
              <w:bottom w:w="120" w:type="dxa"/>
              <w:left w:w="150" w:type="dxa"/>
              <w:right w:w="150" w:type="dxa"/>
            </w:tcMar>
          </w:tcPr>
          <w:p>
            <w:pPr>
              <w:spacing w:after="40" w:line="252" w:lineRule="auto"/>
            </w:pPr>
            <w:r>
              <w:rPr>
                <w:rFonts w:ascii="Calibri" w:hAnsi="Calibri"/>
                <w:sz w:val="19"/>
              </w:rPr>
              <w:t>[Operasyon Müdürü]</w:t>
            </w:r>
          </w:p>
        </w:tc>
        <w:tc>
          <w:tcPr>
            <w:tcW w:type="dxa" w:w="1814"/>
            <w:tcMar>
              <w:top w:w="120" w:type="dxa"/>
              <w:bottom w:w="120" w:type="dxa"/>
              <w:left w:w="150" w:type="dxa"/>
              <w:right w:w="150" w:type="dxa"/>
            </w:tcMar>
          </w:tcPr>
          <w:p>
            <w:pPr>
              <w:spacing w:after="40" w:line="252" w:lineRule="auto"/>
            </w:pPr>
            <w:r>
              <w:rPr>
                <w:rFonts w:ascii="Calibri" w:hAnsi="Calibri"/>
                <w:sz w:val="19"/>
              </w:rPr>
              <w:t>[+90 (5XX) XXX XX XX]</w:t>
            </w:r>
          </w:p>
        </w:tc>
        <w:tc>
          <w:tcPr>
            <w:tcW w:type="dxa" w:w="1814"/>
            <w:tcMar>
              <w:top w:w="120" w:type="dxa"/>
              <w:bottom w:w="120" w:type="dxa"/>
              <w:left w:w="150" w:type="dxa"/>
              <w:right w:w="150" w:type="dxa"/>
            </w:tcMar>
          </w:tcPr>
          <w:p>
            <w:pPr>
              <w:spacing w:after="40" w:line="252" w:lineRule="auto"/>
            </w:pPr>
            <w:r>
              <w:rPr>
                <w:rFonts w:ascii="Calibri" w:hAnsi="Calibri"/>
                <w:sz w:val="19"/>
              </w:rPr>
              <w:t>[referans2@kurum.com]</w:t>
            </w:r>
          </w:p>
        </w:tc>
      </w:tr>
    </w:tbl>
    <w:p>
      <w:pPr>
        <w:spacing w:after="120"/>
      </w:pPr>
    </w:p>
    <w:p>
      <w:pPr>
        <w:spacing w:before="200" w:after="80"/>
      </w:pPr>
      <w:r>
        <w:rPr>
          <w:rFonts w:ascii="Calibri" w:hAnsi="Calibri"/>
          <w:b/>
          <w:color w:val="1E3A8A"/>
          <w:sz w:val="28"/>
        </w:rPr>
        <w:t>8. BEYAN VE TAAHHÜT</w:t>
      </w:r>
    </w:p>
    <w:p>
      <w:pPr>
        <w:spacing w:after="80" w:line="276" w:lineRule="auto"/>
      </w:pPr>
      <w:r>
        <w:rPr>
          <w:rFonts w:ascii="Calibri" w:hAnsi="Calibri"/>
        </w:rPr>
        <w:t>İşbu formda verdiğim tüm bilgilerin eksiksiz, doğru ve gerçeğe uygun olduğunu beyan ederim. Bilgilerin gerçeğe aykırı, eksik veya yanıltıcı olduğunun sonradan anlaşılması halinde; henüz işe alınmamışsam başvurumun geçersiz sayılacağını, işe alınmış olmam durumunda ise 4857 sayılı İş Kanunu'nun 25/II-a maddesi uyarınca iş akdimin haklı nedenle ve tazminatsız olarak feshedilebileceğini kabul, beyan ve taahhüt ederim.</w:t>
      </w:r>
    </w:p>
    <w:p>
      <w:pPr>
        <w:spacing w:after="80" w:line="276" w:lineRule="auto"/>
      </w:pPr>
      <w:r>
        <w:rPr>
          <w:rFonts w:ascii="Calibri" w:hAnsi="Calibri"/>
          <w:b/>
        </w:rPr>
        <w:t>Başvuru Tarihi:</w:t>
      </w:r>
      <w:r>
        <w:rPr>
          <w:rFonts w:ascii="Calibri" w:hAnsi="Calibri"/>
        </w:rPr>
        <w:t xml:space="preserve"> [GG/AA/YYYY]</w:t>
      </w:r>
      <w:r>
        <w:rPr>
          <w:rFonts w:ascii="Calibri" w:hAnsi="Calibri"/>
        </w:rPr>
        <w:br/>
      </w:r>
      <w:r>
        <w:rPr>
          <w:rFonts w:ascii="Calibri" w:hAnsi="Calibri"/>
          <w:b/>
        </w:rPr>
        <w:t>Adayın Adı Soyadı:</w:t>
      </w:r>
      <w:r>
        <w:rPr>
          <w:rFonts w:ascii="Calibri" w:hAnsi="Calibri"/>
        </w:rPr>
        <w:t xml:space="preserve"> [Ad Soyad]</w:t>
      </w:r>
      <w:r>
        <w:rPr>
          <w:rFonts w:ascii="Calibri" w:hAnsi="Calibri"/>
        </w:rPr>
        <w:br/>
      </w:r>
      <w:r>
        <w:rPr>
          <w:rFonts w:ascii="Calibri" w:hAnsi="Calibri"/>
          <w:b/>
        </w:rPr>
        <w:t>İmza:</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rPr>
        <w:t>_</w:t>
      </w:r>
    </w:p>
    <w:p>
      <w:pPr>
        <w:spacing w:before="160" w:after="60"/>
      </w:pPr>
      <w:r>
        <w:rPr>
          <w:rFonts w:ascii="Calibri" w:hAnsi="Calibri"/>
          <w:b/>
          <w:color w:val="475569"/>
          <w:sz w:val="24"/>
        </w:rPr>
        <w:t>KVKK BİLGİLENDİRME NOTU</w:t>
      </w:r>
    </w:p>
    <w:p>
      <w:pPr>
        <w:spacing w:after="80" w:line="276" w:lineRule="auto"/>
      </w:pPr>
      <w:r>
        <w:rPr>
          <w:rFonts w:ascii="Calibri" w:hAnsi="Calibri"/>
          <w:i/>
        </w:rPr>
        <w:t>Bu form kapsamında toplanan kişisel verileriniz, 6698 sayılı Kişisel Verilerin Korunması Kanunu çerçevesinde istihdam süreçlerinin yürütülmesi, aday değerlendirme ve iletişim amaçlarıyla sınırlı olarak işlenmekte ve kanuni saklama süresi boyunca güvenle muhafaza edilmektedir. Detaylı KVKK Aydınlatma Metnimize şirketimiz web sitesinden ulaşabilirsiniz.</w:t>
      </w:r>
    </w:p>
    <w:p>
      <w:pPr>
        <w:spacing w:before="200" w:after="80"/>
      </w:pPr>
      <w:r>
        <w:rPr>
          <w:rFonts w:ascii="Calibri" w:hAnsi="Calibri"/>
          <w:b/>
          <w:color w:val="1E3A8A"/>
          <w:sz w:val="28"/>
        </w:rPr>
        <w:t>9. ADAY DEĞERLENDİRME VE MÜLAKAT PLANI (İK İÇ KULLANIMI)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Aşama</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Planlanan Tarih</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Görüşmeci / Sorumlu</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Değerlendirme Notu</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Ön eleme (CV ve ön yazı)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İK Uzmanı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p>
        </w:tc>
      </w:tr>
      <w:tr>
        <w:tc>
          <w:tcPr>
            <w:tcW w:type="dxa" w:w="1814"/>
            <w:tcMar>
              <w:top w:w="120" w:type="dxa"/>
              <w:bottom w:w="120" w:type="dxa"/>
              <w:left w:w="150" w:type="dxa"/>
              <w:right w:w="150" w:type="dxa"/>
            </w:tcMar>
          </w:tcPr>
          <w:p>
            <w:pPr>
              <w:spacing w:after="40" w:line="252" w:lineRule="auto"/>
            </w:pPr>
            <w:r>
              <w:rPr>
                <w:rFonts w:ascii="Calibri" w:hAnsi="Calibri"/>
                <w:sz w:val="19"/>
              </w:rPr>
              <w:t>Telefon ön görüşmesi</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İK Uzmanı</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Yetkinlik bazlı mülakat</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İK Yöneticisi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p>
        </w:tc>
      </w:tr>
      <w:tr>
        <w:tc>
          <w:tcPr>
            <w:tcW w:type="dxa" w:w="1814"/>
            <w:tcMar>
              <w:top w:w="120" w:type="dxa"/>
              <w:bottom w:w="120" w:type="dxa"/>
              <w:left w:w="150" w:type="dxa"/>
              <w:right w:w="150" w:type="dxa"/>
            </w:tcMar>
          </w:tcPr>
          <w:p>
            <w:pPr>
              <w:spacing w:after="40" w:line="252" w:lineRule="auto"/>
            </w:pPr>
            <w:r>
              <w:rPr>
                <w:rFonts w:ascii="Calibri" w:hAnsi="Calibri"/>
                <w:sz w:val="19"/>
              </w:rPr>
              <w:t>Teknik test / vaka çalışması</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Departman Müdürü</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Birim yöneticisi mülakatı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Departman Direktörü</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p>
        </w:tc>
      </w:tr>
      <w:tr>
        <w:tc>
          <w:tcPr>
            <w:tcW w:type="dxa" w:w="1814"/>
            <w:tcMar>
              <w:top w:w="120" w:type="dxa"/>
              <w:bottom w:w="120" w:type="dxa"/>
              <w:left w:w="150" w:type="dxa"/>
              <w:right w:w="150" w:type="dxa"/>
            </w:tcMar>
          </w:tcPr>
          <w:p>
            <w:pPr>
              <w:spacing w:after="40" w:line="252" w:lineRule="auto"/>
            </w:pPr>
            <w:r>
              <w:rPr>
                <w:rFonts w:ascii="Calibri" w:hAnsi="Calibri"/>
                <w:sz w:val="19"/>
              </w:rPr>
              <w:t>Referans kontrolü</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İK Uzmanı</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Teklif ve işe giriş planlaması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İK Direktörü</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p>
        </w:tc>
      </w:tr>
    </w:tbl>
    <w:p>
      <w:pPr>
        <w:spacing w:after="120"/>
      </w:pPr>
    </w:p>
    <w:p>
      <w:pPr>
        <w:spacing w:after="80" w:line="276" w:lineRule="auto"/>
      </w:pPr>
      <w:r>
        <w:rPr>
          <w:rFonts w:ascii="Calibri" w:hAnsi="Calibri"/>
          <w:b/>
        </w:rPr>
        <w:t>Değerlendirme Ölçeği:</w:t>
      </w:r>
      <w:r>
        <w:rPr>
          <w:rFonts w:ascii="Calibri" w:hAnsi="Calibri"/>
        </w:rPr>
        <w:t xml:space="preserve"> 1 = Yetersiz, 2 = Gelişmeli, 3 = Beklenen düzey, 4 = Beklentinin üstü, 5 = Mükemmel (geçiş eşiği: ağırlıklı ortalama ≥ 3,50).</w:t>
      </w:r>
    </w:p>
    <w:p>
      <w:pPr>
        <w:spacing w:before="200" w:after="80"/>
      </w:pPr>
      <w:r>
        <w:rPr>
          <w:rFonts w:ascii="Calibri" w:hAnsi="Calibri"/>
          <w:b/>
          <w:color w:val="1E3A8A"/>
          <w:sz w:val="28"/>
        </w:rPr>
        <w:t>10. AYDINLATMA VE AÇIK RIZA TEYİDİ (6698 s. Kanun)</w:t>
      </w:r>
    </w:p>
    <w:p>
      <w:pPr>
        <w:spacing w:after="80" w:line="276" w:lineRule="auto"/>
      </w:pPr>
      <w:r>
        <w:rPr>
          <w:rFonts w:ascii="Calibri" w:hAnsi="Calibri"/>
        </w:rPr>
        <w:t>Aday, aşağıdaki hususlarda bilgilendirildiğini ve gerekli hâllerde açık rızasının alındığını imzasıyla teyit eder:</w:t>
      </w:r>
    </w:p>
    <w:p>
      <w:pPr>
        <w:pStyle w:val="ListBullet"/>
        <w:spacing w:after="40" w:line="276" w:lineRule="auto"/>
      </w:pPr>
      <w:r>
        <w:rPr>
          <w:rFonts w:ascii="Calibri" w:hAnsi="Calibri"/>
        </w:rPr>
        <w:t>[ ] Aydınlatma metni okundu ve bir nüshası adaya teslim edildi (6698 s. K. Md. 10).</w:t>
      </w:r>
    </w:p>
    <w:p>
      <w:pPr>
        <w:pStyle w:val="ListBullet"/>
        <w:spacing w:after="40" w:line="276" w:lineRule="auto"/>
      </w:pPr>
      <w:r>
        <w:rPr>
          <w:rFonts w:ascii="Calibri" w:hAnsi="Calibri"/>
        </w:rPr>
        <w:t>[ ] Kişisel verilerin yalnızca işe alım süreciyle sınırlı olarak işlendiği açıklandı.</w:t>
      </w:r>
    </w:p>
    <w:p>
      <w:pPr>
        <w:pStyle w:val="ListBullet"/>
        <w:spacing w:after="40" w:line="276" w:lineRule="auto"/>
      </w:pPr>
      <w:r>
        <w:rPr>
          <w:rFonts w:ascii="Calibri" w:hAnsi="Calibri"/>
        </w:rPr>
        <w:t>[ ] Özgeçmiş ve başvuru formunun aday havuzunda [1] yıl saklanmasına rıza verildi (6698 s. K. Md. 5).</w:t>
      </w:r>
    </w:p>
    <w:p>
      <w:pPr>
        <w:pStyle w:val="ListBullet"/>
        <w:spacing w:after="40" w:line="276" w:lineRule="auto"/>
      </w:pPr>
      <w:r>
        <w:rPr>
          <w:rFonts w:ascii="Calibri" w:hAnsi="Calibri"/>
        </w:rPr>
        <w:t>[ ] Beyan edilen referanslarla iletişime geçilmesine rıza verildi.</w:t>
      </w:r>
    </w:p>
    <w:p>
      <w:pPr>
        <w:pStyle w:val="ListBullet"/>
        <w:spacing w:after="40" w:line="276" w:lineRule="auto"/>
      </w:pPr>
      <w:r>
        <w:rPr>
          <w:rFonts w:ascii="Calibri" w:hAnsi="Calibri"/>
        </w:rPr>
        <w:t>[ ] Sağlık raporu ve adli sicil kaydı gibi özel nitelikli veriler için açık rıza verildi (6698 s. K. Md. 6).</w:t>
      </w:r>
    </w:p>
    <w:p>
      <w:pPr>
        <w:pStyle w:val="ListBullet"/>
        <w:spacing w:after="40" w:line="276" w:lineRule="auto"/>
      </w:pPr>
      <w:r>
        <w:rPr>
          <w:rFonts w:ascii="Calibri" w:hAnsi="Calibri"/>
        </w:rPr>
        <w:t>[ ] Yurt dışı kaynaklı bulut/e-posta hizmetlerinde veri aktarımı konusunda bilgilendirildim (6698 s. K. Md. 9).</w:t>
      </w:r>
    </w:p>
    <w:p>
      <w:pPr>
        <w:pStyle w:val="ListBullet"/>
        <w:spacing w:after="40" w:line="276" w:lineRule="auto"/>
      </w:pPr>
      <w:r>
        <w:rPr>
          <w:rFonts w:ascii="Calibri" w:hAnsi="Calibri"/>
        </w:rPr>
        <w:t>[ ] Veri sahibi olarak başvuru haklarım ve başvuru yolları hakkında bilgilendirildim (6698 s. K. Md. 11, Md. 13).</w:t>
      </w:r>
    </w:p>
    <w:p>
      <w:pPr>
        <w:spacing w:before="80" w:after="120"/>
        <w:ind w:left="576"/>
      </w:pPr>
      <w:r>
        <w:rPr>
          <w:rFonts w:ascii="Calibri" w:hAnsi="Calibri"/>
          <w:i/>
          <w:color w:val="64748B"/>
          <w:sz w:val="21"/>
        </w:rPr>
        <w:t>Hatırlatma: Açık rıza her zaman geri alınabilir; rızanın iptali hâlinde aday verileri mevzuata uygun şekilde silinir, yok edilir veya anonim hâle getirilir (6698 s. K. Md. 7).</w:t>
      </w:r>
    </w:p>
    <w:p>
      <w:pPr>
        <w:spacing w:before="200" w:after="80"/>
      </w:pPr>
      <w:r>
        <w:rPr>
          <w:rFonts w:ascii="Calibri" w:hAnsi="Calibri"/>
          <w:b/>
          <w:color w:val="1E3A8A"/>
          <w:sz w:val="28"/>
        </w:rPr>
        <w:t>11. BAŞVURU EKLERİ VE DOKÜMAN KONTROL LİSTESİ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No</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Belge</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Zorunluluk</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Teslim Durumu</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Not</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1</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Güncel özgeçmiş (CV)</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Evet</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p>
        </w:tc>
      </w:tr>
      <w:tr>
        <w:tc>
          <w:tcPr>
            <w:tcW w:type="dxa" w:w="1814"/>
            <w:tcMar>
              <w:top w:w="120" w:type="dxa"/>
              <w:bottom w:w="120" w:type="dxa"/>
              <w:left w:w="150" w:type="dxa"/>
              <w:right w:w="150" w:type="dxa"/>
            </w:tcMar>
          </w:tcPr>
          <w:p>
            <w:pPr>
              <w:spacing w:after="40" w:line="252" w:lineRule="auto"/>
            </w:pPr>
            <w:r>
              <w:rPr>
                <w:rFonts w:ascii="Calibri" w:hAnsi="Calibri"/>
                <w:sz w:val="19"/>
              </w:rPr>
              <w:t>2</w:t>
            </w:r>
          </w:p>
        </w:tc>
        <w:tc>
          <w:tcPr>
            <w:tcW w:type="dxa" w:w="1814"/>
            <w:tcMar>
              <w:top w:w="120" w:type="dxa"/>
              <w:bottom w:w="120" w:type="dxa"/>
              <w:left w:w="150" w:type="dxa"/>
              <w:right w:w="150" w:type="dxa"/>
            </w:tcMar>
          </w:tcPr>
          <w:p>
            <w:pPr>
              <w:spacing w:after="40" w:line="252" w:lineRule="auto"/>
            </w:pPr>
            <w:r>
              <w:rPr>
                <w:rFonts w:ascii="Calibri" w:hAnsi="Calibri"/>
                <w:sz w:val="19"/>
              </w:rPr>
              <w:t>Diploma / geçici mezuniyet belgesi fotokopisi</w:t>
            </w:r>
          </w:p>
        </w:tc>
        <w:tc>
          <w:tcPr>
            <w:tcW w:type="dxa" w:w="1814"/>
            <w:tcMar>
              <w:top w:w="120" w:type="dxa"/>
              <w:bottom w:w="120" w:type="dxa"/>
              <w:left w:w="150" w:type="dxa"/>
              <w:right w:w="150" w:type="dxa"/>
            </w:tcMar>
          </w:tcPr>
          <w:p>
            <w:pPr>
              <w:spacing w:after="40" w:line="252" w:lineRule="auto"/>
            </w:pPr>
            <w:r>
              <w:rPr>
                <w:rFonts w:ascii="Calibri" w:hAnsi="Calibri"/>
                <w:sz w:val="19"/>
              </w:rPr>
              <w:t>Evet</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3</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Nüfus cüzdanı fotokopisi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Evet</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p>
        </w:tc>
      </w:tr>
      <w:tr>
        <w:tc>
          <w:tcPr>
            <w:tcW w:type="dxa" w:w="1814"/>
            <w:tcMar>
              <w:top w:w="120" w:type="dxa"/>
              <w:bottom w:w="120" w:type="dxa"/>
              <w:left w:w="150" w:type="dxa"/>
              <w:right w:w="150" w:type="dxa"/>
            </w:tcMar>
          </w:tcPr>
          <w:p>
            <w:pPr>
              <w:spacing w:after="40" w:line="252" w:lineRule="auto"/>
            </w:pPr>
            <w:r>
              <w:rPr>
                <w:rFonts w:ascii="Calibri" w:hAnsi="Calibri"/>
                <w:sz w:val="19"/>
              </w:rPr>
              <w:t>4</w:t>
            </w:r>
          </w:p>
        </w:tc>
        <w:tc>
          <w:tcPr>
            <w:tcW w:type="dxa" w:w="1814"/>
            <w:tcMar>
              <w:top w:w="120" w:type="dxa"/>
              <w:bottom w:w="120" w:type="dxa"/>
              <w:left w:w="150" w:type="dxa"/>
              <w:right w:w="150" w:type="dxa"/>
            </w:tcMar>
          </w:tcPr>
          <w:p>
            <w:pPr>
              <w:spacing w:after="40" w:line="252" w:lineRule="auto"/>
            </w:pPr>
            <w:r>
              <w:rPr>
                <w:rFonts w:ascii="Calibri" w:hAnsi="Calibri"/>
                <w:sz w:val="19"/>
              </w:rPr>
              <w:t>Adli sicil kaydı (yalnızca işin gerektirdiği hâllerde)</w:t>
            </w:r>
          </w:p>
        </w:tc>
        <w:tc>
          <w:tcPr>
            <w:tcW w:type="dxa" w:w="1814"/>
            <w:tcMar>
              <w:top w:w="120" w:type="dxa"/>
              <w:bottom w:w="120" w:type="dxa"/>
              <w:left w:w="150" w:type="dxa"/>
              <w:right w:w="150" w:type="dxa"/>
            </w:tcMar>
          </w:tcPr>
          <w:p>
            <w:pPr>
              <w:spacing w:after="40" w:line="252" w:lineRule="auto"/>
            </w:pPr>
            <w:r>
              <w:rPr>
                <w:rFonts w:ascii="Calibri" w:hAnsi="Calibri"/>
                <w:sz w:val="19"/>
              </w:rPr>
              <w:t>Koşullu</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r>
              <w:rPr>
                <w:rFonts w:ascii="Calibri" w:hAnsi="Calibri"/>
                <w:sz w:val="19"/>
              </w:rPr>
              <w:t>Açık rıza şartı</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5</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Askerlik durum belgesi (erkek adaylar)</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Evet</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p>
        </w:tc>
      </w:tr>
      <w:tr>
        <w:tc>
          <w:tcPr>
            <w:tcW w:type="dxa" w:w="1814"/>
            <w:tcMar>
              <w:top w:w="120" w:type="dxa"/>
              <w:bottom w:w="120" w:type="dxa"/>
              <w:left w:w="150" w:type="dxa"/>
              <w:right w:w="150" w:type="dxa"/>
            </w:tcMar>
          </w:tcPr>
          <w:p>
            <w:pPr>
              <w:spacing w:after="40" w:line="252" w:lineRule="auto"/>
            </w:pPr>
            <w:r>
              <w:rPr>
                <w:rFonts w:ascii="Calibri" w:hAnsi="Calibri"/>
                <w:sz w:val="19"/>
              </w:rPr>
              <w:t>6</w:t>
            </w:r>
          </w:p>
        </w:tc>
        <w:tc>
          <w:tcPr>
            <w:tcW w:type="dxa" w:w="1814"/>
            <w:tcMar>
              <w:top w:w="120" w:type="dxa"/>
              <w:bottom w:w="120" w:type="dxa"/>
              <w:left w:w="150" w:type="dxa"/>
              <w:right w:w="150" w:type="dxa"/>
            </w:tcMar>
          </w:tcPr>
          <w:p>
            <w:pPr>
              <w:spacing w:after="40" w:line="252" w:lineRule="auto"/>
            </w:pPr>
            <w:r>
              <w:rPr>
                <w:rFonts w:ascii="Calibri" w:hAnsi="Calibri"/>
                <w:sz w:val="19"/>
              </w:rPr>
              <w:t>Yabancı dil sınav sonucu / sertifika</w:t>
            </w:r>
          </w:p>
        </w:tc>
        <w:tc>
          <w:tcPr>
            <w:tcW w:type="dxa" w:w="1814"/>
            <w:tcMar>
              <w:top w:w="120" w:type="dxa"/>
              <w:bottom w:w="120" w:type="dxa"/>
              <w:left w:w="150" w:type="dxa"/>
              <w:right w:w="150" w:type="dxa"/>
            </w:tcMar>
          </w:tcPr>
          <w:p>
            <w:pPr>
              <w:spacing w:after="40" w:line="252" w:lineRule="auto"/>
            </w:pPr>
            <w:r>
              <w:rPr>
                <w:rFonts w:ascii="Calibri" w:hAnsi="Calibri"/>
                <w:sz w:val="19"/>
              </w:rPr>
              <w:t>Koşullu</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7</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Mesleki yeterlilik ve uzmanlık sertifikaları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Koşullu</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p>
        </w:tc>
      </w:tr>
      <w:tr>
        <w:tc>
          <w:tcPr>
            <w:tcW w:type="dxa" w:w="1814"/>
            <w:tcMar>
              <w:top w:w="120" w:type="dxa"/>
              <w:bottom w:w="120" w:type="dxa"/>
              <w:left w:w="150" w:type="dxa"/>
              <w:right w:w="150" w:type="dxa"/>
            </w:tcMar>
          </w:tcPr>
          <w:p>
            <w:pPr>
              <w:spacing w:after="40" w:line="252" w:lineRule="auto"/>
            </w:pPr>
            <w:r>
              <w:rPr>
                <w:rFonts w:ascii="Calibri" w:hAnsi="Calibri"/>
                <w:sz w:val="19"/>
              </w:rPr>
              <w:t>8</w:t>
            </w:r>
          </w:p>
        </w:tc>
        <w:tc>
          <w:tcPr>
            <w:tcW w:type="dxa" w:w="1814"/>
            <w:tcMar>
              <w:top w:w="120" w:type="dxa"/>
              <w:bottom w:w="120" w:type="dxa"/>
              <w:left w:w="150" w:type="dxa"/>
              <w:right w:w="150" w:type="dxa"/>
            </w:tcMar>
          </w:tcPr>
          <w:p>
            <w:pPr>
              <w:spacing w:after="40" w:line="252" w:lineRule="auto"/>
            </w:pPr>
            <w:r>
              <w:rPr>
                <w:rFonts w:ascii="Calibri" w:hAnsi="Calibri"/>
                <w:sz w:val="19"/>
              </w:rPr>
              <w:t>Sürücü belgesi fotokopisi</w:t>
            </w:r>
          </w:p>
        </w:tc>
        <w:tc>
          <w:tcPr>
            <w:tcW w:type="dxa" w:w="1814"/>
            <w:tcMar>
              <w:top w:w="120" w:type="dxa"/>
              <w:bottom w:w="120" w:type="dxa"/>
              <w:left w:w="150" w:type="dxa"/>
              <w:right w:w="150" w:type="dxa"/>
            </w:tcMar>
          </w:tcPr>
          <w:p>
            <w:pPr>
              <w:spacing w:after="40" w:line="252" w:lineRule="auto"/>
            </w:pPr>
            <w:r>
              <w:rPr>
                <w:rFonts w:ascii="Calibri" w:hAnsi="Calibri"/>
                <w:sz w:val="19"/>
              </w:rPr>
              <w:t>Koşullu</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9</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Portfolyo / referans çalışma örnekleri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Koşullu</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814"/>
            <w:tcMar>
              <w:top w:w="120" w:type="dxa"/>
              <w:bottom w:w="120" w:type="dxa"/>
              <w:left w:w="150" w:type="dxa"/>
              <w:right w:w="150" w:type="dxa"/>
            </w:tcMar>
            <w:shd w:fill="F8FAFC"/>
          </w:tcPr>
          <w:p>
            <w:pPr>
              <w:spacing w:after="40" w:line="252" w:lineRule="auto"/>
            </w:pPr>
          </w:p>
        </w:tc>
      </w:tr>
      <w:tr>
        <w:tc>
          <w:tcPr>
            <w:tcW w:type="dxa" w:w="1814"/>
            <w:tcMar>
              <w:top w:w="120" w:type="dxa"/>
              <w:bottom w:w="120" w:type="dxa"/>
              <w:left w:w="150" w:type="dxa"/>
              <w:right w:w="150" w:type="dxa"/>
            </w:tcMar>
          </w:tcPr>
          <w:p>
            <w:pPr>
              <w:spacing w:after="40" w:line="252" w:lineRule="auto"/>
            </w:pPr>
            <w:r>
              <w:rPr>
                <w:rFonts w:ascii="Calibri" w:hAnsi="Calibri"/>
                <w:sz w:val="19"/>
              </w:rPr>
              <w:t>10</w:t>
            </w:r>
          </w:p>
        </w:tc>
        <w:tc>
          <w:tcPr>
            <w:tcW w:type="dxa" w:w="1814"/>
            <w:tcMar>
              <w:top w:w="120" w:type="dxa"/>
              <w:bottom w:w="120" w:type="dxa"/>
              <w:left w:w="150" w:type="dxa"/>
              <w:right w:w="150" w:type="dxa"/>
            </w:tcMar>
          </w:tcPr>
          <w:p>
            <w:pPr>
              <w:spacing w:after="40" w:line="252" w:lineRule="auto"/>
            </w:pPr>
            <w:r>
              <w:rPr>
                <w:rFonts w:ascii="Calibri" w:hAnsi="Calibri"/>
                <w:sz w:val="19"/>
              </w:rPr>
              <w:t>Sağlık raporu (yalnızca işe giriş aşamasında talep edilir)</w:t>
            </w:r>
          </w:p>
        </w:tc>
        <w:tc>
          <w:tcPr>
            <w:tcW w:type="dxa" w:w="1814"/>
            <w:tcMar>
              <w:top w:w="120" w:type="dxa"/>
              <w:bottom w:w="120" w:type="dxa"/>
              <w:left w:w="150" w:type="dxa"/>
              <w:right w:w="150" w:type="dxa"/>
            </w:tcMar>
          </w:tcPr>
          <w:p>
            <w:pPr>
              <w:spacing w:after="40" w:line="252" w:lineRule="auto"/>
            </w:pPr>
            <w:r>
              <w:rPr>
                <w:rFonts w:ascii="Calibri" w:hAnsi="Calibri"/>
                <w:sz w:val="19"/>
              </w:rPr>
              <w:t>Koşullu</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c>
          <w:tcPr>
            <w:tcW w:type="dxa" w:w="1814"/>
            <w:tcMar>
              <w:top w:w="120" w:type="dxa"/>
              <w:bottom w:w="120" w:type="dxa"/>
              <w:left w:w="150" w:type="dxa"/>
              <w:right w:w="150" w:type="dxa"/>
            </w:tcMar>
          </w:tcPr>
          <w:p>
            <w:pPr>
              <w:spacing w:after="40" w:line="252" w:lineRule="auto"/>
            </w:pPr>
            <w:r>
              <w:rPr>
                <w:rFonts w:ascii="Calibri" w:hAnsi="Calibri"/>
                <w:sz w:val="19"/>
              </w:rPr>
              <w:t>6331 s. K. Md. 15</w:t>
            </w:r>
          </w:p>
        </w:tc>
      </w:tr>
    </w:tbl>
    <w:p>
      <w:pPr>
        <w:spacing w:after="120"/>
      </w:pPr>
    </w:p>
    <w:p>
      <w:pPr>
        <w:spacing w:before="200" w:after="80"/>
      </w:pPr>
      <w:r>
        <w:rPr>
          <w:rFonts w:ascii="Calibri" w:hAnsi="Calibri"/>
          <w:b/>
          <w:color w:val="1E3A8A"/>
          <w:sz w:val="28"/>
        </w:rPr>
        <w:t>12. ADAY BİLGİLENDİRME, SLA VE KAPANIŞ</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Süreç Adımı</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Hedef Süre (SLA)</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Bilgilendirme Şekli</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Başvurunun alındığının bildirilmesi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24 saat</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E-posta / SMS</w:t>
            </w:r>
          </w:p>
        </w:tc>
      </w:tr>
      <w:tr>
        <w:tc>
          <w:tcPr>
            <w:tcW w:type="dxa" w:w="3024"/>
            <w:tcMar>
              <w:top w:w="120" w:type="dxa"/>
              <w:bottom w:w="120" w:type="dxa"/>
              <w:left w:w="150" w:type="dxa"/>
              <w:right w:w="150" w:type="dxa"/>
            </w:tcMar>
          </w:tcPr>
          <w:p>
            <w:pPr>
              <w:spacing w:after="40" w:line="252" w:lineRule="auto"/>
            </w:pPr>
            <w:r>
              <w:rPr>
                <w:rFonts w:ascii="Calibri" w:hAnsi="Calibri"/>
                <w:sz w:val="19"/>
              </w:rPr>
              <w:t>Ön eleme sonucunun bildirilmesi</w:t>
            </w:r>
          </w:p>
        </w:tc>
        <w:tc>
          <w:tcPr>
            <w:tcW w:type="dxa" w:w="3024"/>
            <w:tcMar>
              <w:top w:w="120" w:type="dxa"/>
              <w:bottom w:w="120" w:type="dxa"/>
              <w:left w:w="150" w:type="dxa"/>
              <w:right w:w="150" w:type="dxa"/>
            </w:tcMar>
          </w:tcPr>
          <w:p>
            <w:pPr>
              <w:spacing w:after="40" w:line="252" w:lineRule="auto"/>
            </w:pPr>
            <w:r>
              <w:rPr>
                <w:rFonts w:ascii="Calibri" w:hAnsi="Calibri"/>
                <w:sz w:val="19"/>
              </w:rPr>
              <w:t>48 saat</w:t>
            </w:r>
          </w:p>
        </w:tc>
        <w:tc>
          <w:tcPr>
            <w:tcW w:type="dxa" w:w="3024"/>
            <w:tcMar>
              <w:top w:w="120" w:type="dxa"/>
              <w:bottom w:w="120" w:type="dxa"/>
              <w:left w:w="150" w:type="dxa"/>
              <w:right w:w="150" w:type="dxa"/>
            </w:tcMar>
          </w:tcPr>
          <w:p>
            <w:pPr>
              <w:spacing w:after="40" w:line="252" w:lineRule="auto"/>
            </w:pPr>
            <w:r>
              <w:rPr>
                <w:rFonts w:ascii="Calibri" w:hAnsi="Calibri"/>
                <w:sz w:val="19"/>
              </w:rPr>
              <w:t>E-posta</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Mülakat daveti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3 iş günü</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Telefon / E-posta</w:t>
            </w:r>
          </w:p>
        </w:tc>
      </w:tr>
      <w:tr>
        <w:tc>
          <w:tcPr>
            <w:tcW w:type="dxa" w:w="3024"/>
            <w:tcMar>
              <w:top w:w="120" w:type="dxa"/>
              <w:bottom w:w="120" w:type="dxa"/>
              <w:left w:w="150" w:type="dxa"/>
              <w:right w:w="150" w:type="dxa"/>
            </w:tcMar>
          </w:tcPr>
          <w:p>
            <w:pPr>
              <w:spacing w:after="40" w:line="252" w:lineRule="auto"/>
            </w:pPr>
            <w:r>
              <w:rPr>
                <w:rFonts w:ascii="Calibri" w:hAnsi="Calibri"/>
                <w:sz w:val="19"/>
              </w:rPr>
              <w:t>Mülakat sonrası geri bildirim</w:t>
            </w:r>
          </w:p>
        </w:tc>
        <w:tc>
          <w:tcPr>
            <w:tcW w:type="dxa" w:w="3024"/>
            <w:tcMar>
              <w:top w:w="120" w:type="dxa"/>
              <w:bottom w:w="120" w:type="dxa"/>
              <w:left w:w="150" w:type="dxa"/>
              <w:right w:w="150" w:type="dxa"/>
            </w:tcMar>
          </w:tcPr>
          <w:p>
            <w:pPr>
              <w:spacing w:after="40" w:line="252" w:lineRule="auto"/>
            </w:pPr>
            <w:r>
              <w:rPr>
                <w:rFonts w:ascii="Calibri" w:hAnsi="Calibri"/>
                <w:sz w:val="19"/>
              </w:rPr>
              <w:t>5 iş günü</w:t>
            </w:r>
          </w:p>
        </w:tc>
        <w:tc>
          <w:tcPr>
            <w:tcW w:type="dxa" w:w="3024"/>
            <w:tcMar>
              <w:top w:w="120" w:type="dxa"/>
              <w:bottom w:w="120" w:type="dxa"/>
              <w:left w:w="150" w:type="dxa"/>
              <w:right w:w="150" w:type="dxa"/>
            </w:tcMar>
          </w:tcPr>
          <w:p>
            <w:pPr>
              <w:spacing w:after="40" w:line="252" w:lineRule="auto"/>
            </w:pPr>
            <w:r>
              <w:rPr>
                <w:rFonts w:ascii="Calibri" w:hAnsi="Calibri"/>
                <w:sz w:val="19"/>
              </w:rPr>
              <w:t>Telefon / E-posta</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Nihai teklifin iletilmesi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2 iş günü</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Elden / e-imza</w:t>
            </w:r>
          </w:p>
        </w:tc>
      </w:tr>
    </w:tbl>
    <w:p>
      <w:pPr>
        <w:spacing w:after="120"/>
      </w:pPr>
    </w:p>
    <w:p>
      <w:pPr>
        <w:spacing w:after="80" w:line="276" w:lineRule="auto"/>
      </w:pPr>
      <w:r>
        <w:rPr>
          <w:rFonts w:ascii="Calibri" w:hAnsi="Calibri"/>
          <w:b/>
        </w:rPr>
        <w:t>Aday Beyanı:</w:t>
      </w:r>
      <w:r>
        <w:rPr>
          <w:rFonts w:ascii="Calibri" w:hAnsi="Calibri"/>
        </w:rPr>
        <w:t xml:space="preserve"> Başvuru süreci, değerlendirme ölçütleri ve verilerimin işlenme amacı hakkında bilgilendirildim; süreç boyunca doğru ve güncel bilgi vereceğimi, beyanlarımın gerçeğe aykırı çıkması hâlinde başvurumun geçersiz sayılacağını kabul ederim.</w:t>
      </w:r>
    </w:p>
    <w:p>
      <w:pPr>
        <w:pStyle w:val="ListBullet"/>
        <w:spacing w:after="40" w:line="276" w:lineRule="auto"/>
      </w:pPr>
      <w:r>
        <w:rPr>
          <w:rFonts w:ascii="Calibri" w:hAnsi="Calibri"/>
          <w:b/>
        </w:rPr>
        <w:t>Adayın Adı Soyadı:</w:t>
      </w:r>
      <w:r>
        <w:rPr>
          <w:rFonts w:ascii="Calibri" w:hAnsi="Calibri"/>
        </w:rPr>
        <w:t xml:space="preserve"> [Ad Soyad]  |  </w:t>
      </w:r>
      <w:r>
        <w:rPr>
          <w:rFonts w:ascii="Calibri" w:hAnsi="Calibri"/>
          <w:b/>
        </w:rPr>
        <w:t>İmza:</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rPr>
        <w:t xml:space="preserve">_  |  </w:t>
      </w:r>
      <w:r>
        <w:rPr>
          <w:rFonts w:ascii="Calibri" w:hAnsi="Calibri"/>
          <w:b/>
        </w:rPr>
        <w:t>Tarih:</w:t>
      </w:r>
      <w:r>
        <w:rPr>
          <w:rFonts w:ascii="Calibri" w:hAnsi="Calibri"/>
        </w:rPr>
        <w:t xml:space="preserve"> [GG/AA/YYYY]</w:t>
      </w:r>
    </w:p>
    <w:p>
      <w:pPr>
        <w:pStyle w:val="ListBullet"/>
        <w:spacing w:after="40" w:line="276" w:lineRule="auto"/>
      </w:pPr>
      <w:r>
        <w:rPr>
          <w:rFonts w:ascii="Calibri" w:hAnsi="Calibri"/>
          <w:b/>
        </w:rPr>
        <w:t>Formu Teslim Alan İK Yetkilisi:</w:t>
      </w:r>
      <w:r>
        <w:rPr>
          <w:rFonts w:ascii="Calibri" w:hAnsi="Calibri"/>
        </w:rPr>
        <w:t xml:space="preserve"> [Ad Soyad]  |  </w:t>
      </w:r>
      <w:r>
        <w:rPr>
          <w:rFonts w:ascii="Calibri" w:hAnsi="Calibri"/>
          <w:b/>
        </w:rPr>
        <w:t>İmza:</w:t>
      </w:r>
      <w:r>
        <w:rPr>
          <w:rFonts w:ascii="Calibri" w:hAnsi="Calibri"/>
        </w:rPr>
        <w:t xml:space="preserve"> </w:t>
      </w:r>
      <w:r>
        <w:rPr>
          <w:rFonts w:ascii="Calibri" w:hAnsi="Calibri"/>
          <w:b/>
        </w:rPr>
        <w:t>_</w:t>
      </w:r>
      <w:r>
        <w:rPr>
          <w:rFonts w:ascii="Calibri" w:hAnsi="Calibri"/>
          <w:b/>
        </w:rPr>
        <w:t>_</w:t>
      </w:r>
      <w:r>
        <w:rPr>
          <w:rFonts w:ascii="Calibri" w:hAnsi="Calibri"/>
          <w:b/>
        </w:rPr>
        <w:t>_</w:t>
      </w:r>
      <w:r>
        <w:rPr>
          <w:rFonts w:ascii="Calibri" w:hAnsi="Calibri"/>
        </w:rPr>
        <w:t xml:space="preserve">_  |  </w:t>
      </w:r>
      <w:r>
        <w:rPr>
          <w:rFonts w:ascii="Calibri" w:hAnsi="Calibri"/>
          <w:b/>
        </w:rPr>
        <w:t>Tarih:</w:t>
      </w:r>
      <w:r>
        <w:rPr>
          <w:rFonts w:ascii="Calibri" w:hAnsi="Calibri"/>
        </w:rPr>
        <w:t xml:space="preserve"> [GG/AA/YYYY]</w:t>
      </w:r>
    </w:p>
    <w:p>
      <w:pPr>
        <w:pStyle w:val="ListBullet"/>
        <w:spacing w:after="40" w:line="276" w:lineRule="auto"/>
      </w:pPr>
      <w:r>
        <w:rPr>
          <w:rFonts w:ascii="Calibri" w:hAnsi="Calibri"/>
          <w:b/>
        </w:rPr>
        <w:t>Başvuru Kayıt No:</w:t>
      </w:r>
      <w:r>
        <w:rPr>
          <w:rFonts w:ascii="Calibri" w:hAnsi="Calibri"/>
        </w:rPr>
        <w:t xml:space="preserve"> [BSV-2026/____]  |  </w:t>
      </w:r>
      <w:r>
        <w:rPr>
          <w:rFonts w:ascii="Calibri" w:hAnsi="Calibri"/>
          <w:b/>
        </w:rPr>
        <w:t>Dosyalama Yeri:</w:t>
      </w:r>
      <w:r>
        <w:rPr>
          <w:rFonts w:ascii="Calibri" w:hAnsi="Calibri"/>
        </w:rPr>
        <w:t xml:space="preserve"> [Aday Havuzu / Özlük Dosyası]</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